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C5F1B" w14:textId="77777777" w:rsidR="00C80364" w:rsidRPr="007E08A0" w:rsidRDefault="00000000" w:rsidP="007E08A0">
      <w:pPr>
        <w:spacing w:after="0" w:line="360" w:lineRule="auto"/>
        <w:jc w:val="center"/>
        <w:rPr>
          <w:rFonts w:cs="Times New Roman"/>
          <w:color w:val="C00000"/>
          <w:szCs w:val="26"/>
        </w:rPr>
      </w:pPr>
      <w:r w:rsidRPr="007E08A0">
        <w:rPr>
          <w:rFonts w:cs="Times New Roman"/>
          <w:color w:val="C00000"/>
          <w:szCs w:val="26"/>
        </w:rPr>
        <w:t>CÔNG TY CỔ PHẦN HRD GLOBAL</w:t>
      </w:r>
    </w:p>
    <w:p w14:paraId="39397B75" w14:textId="77777777" w:rsidR="00C80364" w:rsidRPr="007E08A0" w:rsidRDefault="00000000" w:rsidP="007E08A0">
      <w:pPr>
        <w:spacing w:after="0" w:line="360" w:lineRule="auto"/>
        <w:jc w:val="center"/>
        <w:rPr>
          <w:rFonts w:cs="Times New Roman"/>
          <w:color w:val="0070C0"/>
          <w:szCs w:val="26"/>
        </w:rPr>
      </w:pPr>
      <w:r w:rsidRPr="007E08A0">
        <w:rPr>
          <w:rFonts w:cs="Times New Roman"/>
          <w:b/>
          <w:color w:val="0070C0"/>
          <w:szCs w:val="26"/>
        </w:rPr>
        <w:t>TRUNG TÂM NGOẠI NGỮ IELTSNINER REVIEW</w:t>
      </w:r>
    </w:p>
    <w:p w14:paraId="08290450" w14:textId="77777777" w:rsidR="007E08A0" w:rsidRPr="007E08A0" w:rsidRDefault="007E08A0" w:rsidP="007E08A0">
      <w:pPr>
        <w:spacing w:after="0" w:line="360" w:lineRule="auto"/>
        <w:jc w:val="both"/>
        <w:rPr>
          <w:rFonts w:cs="Times New Roman"/>
          <w:b/>
          <w:szCs w:val="26"/>
        </w:rPr>
      </w:pPr>
    </w:p>
    <w:p w14:paraId="6D41F9AA" w14:textId="372E596A" w:rsidR="00C80364" w:rsidRPr="007E08A0" w:rsidRDefault="00000000" w:rsidP="007E08A0">
      <w:pPr>
        <w:spacing w:after="0" w:line="360" w:lineRule="auto"/>
        <w:jc w:val="center"/>
        <w:rPr>
          <w:rFonts w:cs="Times New Roman"/>
          <w:szCs w:val="26"/>
        </w:rPr>
      </w:pPr>
      <w:r w:rsidRPr="007E08A0">
        <w:rPr>
          <w:rFonts w:cs="Times New Roman"/>
          <w:b/>
          <w:szCs w:val="26"/>
        </w:rPr>
        <w:t>BẢN CÔNG BỐ CHƯƠNG TRÌNH VÀ CAM KẾT CHẤT LƯỢNG ĐÀO TẠO</w:t>
      </w:r>
    </w:p>
    <w:p w14:paraId="1713D783" w14:textId="77777777" w:rsidR="00C80364" w:rsidRPr="007E08A0" w:rsidRDefault="00000000" w:rsidP="007E08A0">
      <w:pPr>
        <w:spacing w:after="0" w:line="360" w:lineRule="auto"/>
        <w:jc w:val="both"/>
        <w:rPr>
          <w:rFonts w:cs="Times New Roman"/>
          <w:szCs w:val="26"/>
        </w:rPr>
      </w:pPr>
      <w:r w:rsidRPr="007E08A0">
        <w:rPr>
          <w:rFonts w:cs="Times New Roman"/>
          <w:i/>
          <w:szCs w:val="26"/>
        </w:rPr>
        <w:t>Áp dụng cho các chương trình đào tạo 05 ngoại ngữ: tiếng Anh, tiếng Đức, tiếng Nhật, tiếng Hàn và tiếng Trung do Trung tâm Ngoại ngữ IELTSNINER Review trực thuộc Công ty Cổ phần HRD Global tổ chức và triển khai.</w:t>
      </w:r>
    </w:p>
    <w:p w14:paraId="6F3F6DAA" w14:textId="77777777" w:rsidR="00C80364" w:rsidRPr="007E08A0" w:rsidRDefault="00000000" w:rsidP="007E08A0">
      <w:pPr>
        <w:spacing w:after="0" w:line="360" w:lineRule="auto"/>
        <w:jc w:val="both"/>
        <w:rPr>
          <w:rFonts w:cs="Times New Roman"/>
          <w:color w:val="0070C0"/>
          <w:szCs w:val="26"/>
        </w:rPr>
      </w:pPr>
      <w:r w:rsidRPr="007E08A0">
        <w:rPr>
          <w:rFonts w:cs="Times New Roman"/>
          <w:b/>
          <w:color w:val="0070C0"/>
          <w:szCs w:val="26"/>
        </w:rPr>
        <w:t>I. Thông tin đơn vị công bố</w:t>
      </w:r>
    </w:p>
    <w:p w14:paraId="6F5F11FC" w14:textId="23E5DD4C" w:rsidR="00C80364" w:rsidRPr="007E08A0" w:rsidRDefault="00000000" w:rsidP="007E08A0">
      <w:pPr>
        <w:spacing w:after="0" w:line="360" w:lineRule="auto"/>
        <w:jc w:val="both"/>
        <w:rPr>
          <w:rFonts w:cs="Times New Roman"/>
          <w:color w:val="0070C0"/>
          <w:szCs w:val="26"/>
        </w:rPr>
      </w:pPr>
      <w:proofErr w:type="spellStart"/>
      <w:r w:rsidRPr="007E08A0">
        <w:rPr>
          <w:rFonts w:cs="Times New Roman"/>
          <w:szCs w:val="26"/>
        </w:rPr>
        <w:t>Đơn</w:t>
      </w:r>
      <w:proofErr w:type="spellEnd"/>
      <w:r w:rsidRPr="007E08A0">
        <w:rPr>
          <w:rFonts w:cs="Times New Roman"/>
          <w:szCs w:val="26"/>
        </w:rPr>
        <w:t xml:space="preserve"> vị công bố và chịu trách nhiệm pháp lý: </w:t>
      </w:r>
      <w:r w:rsidRPr="007E08A0">
        <w:rPr>
          <w:rFonts w:cs="Times New Roman"/>
          <w:color w:val="0070C0"/>
          <w:szCs w:val="26"/>
        </w:rPr>
        <w:t>Công ty Cổ phần HRD Global.</w:t>
      </w:r>
    </w:p>
    <w:p w14:paraId="2D41DADF" w14:textId="1D41C312" w:rsidR="00C80364" w:rsidRPr="007E08A0" w:rsidRDefault="00000000" w:rsidP="007E08A0">
      <w:pPr>
        <w:spacing w:after="0" w:line="360" w:lineRule="auto"/>
        <w:jc w:val="both"/>
        <w:rPr>
          <w:rFonts w:cs="Times New Roman"/>
          <w:color w:val="0070C0"/>
          <w:szCs w:val="26"/>
        </w:rPr>
      </w:pPr>
      <w:proofErr w:type="spellStart"/>
      <w:r w:rsidRPr="007E08A0">
        <w:rPr>
          <w:rFonts w:cs="Times New Roman"/>
          <w:szCs w:val="26"/>
        </w:rPr>
        <w:t>Đơn</w:t>
      </w:r>
      <w:proofErr w:type="spellEnd"/>
      <w:r w:rsidRPr="007E08A0">
        <w:rPr>
          <w:rFonts w:cs="Times New Roman"/>
          <w:szCs w:val="26"/>
        </w:rPr>
        <w:t xml:space="preserve"> </w:t>
      </w:r>
      <w:proofErr w:type="spellStart"/>
      <w:r w:rsidRPr="007E08A0">
        <w:rPr>
          <w:rFonts w:cs="Times New Roman"/>
          <w:szCs w:val="26"/>
        </w:rPr>
        <w:t>vị</w:t>
      </w:r>
      <w:proofErr w:type="spellEnd"/>
      <w:r w:rsidRPr="007E08A0">
        <w:rPr>
          <w:rFonts w:cs="Times New Roman"/>
          <w:szCs w:val="26"/>
        </w:rPr>
        <w:t xml:space="preserve"> </w:t>
      </w:r>
      <w:proofErr w:type="spellStart"/>
      <w:r w:rsidRPr="007E08A0">
        <w:rPr>
          <w:rFonts w:cs="Times New Roman"/>
          <w:szCs w:val="26"/>
        </w:rPr>
        <w:t>đào</w:t>
      </w:r>
      <w:proofErr w:type="spellEnd"/>
      <w:r w:rsidRPr="007E08A0">
        <w:rPr>
          <w:rFonts w:cs="Times New Roman"/>
          <w:szCs w:val="26"/>
        </w:rPr>
        <w:t xml:space="preserve"> </w:t>
      </w:r>
      <w:proofErr w:type="spellStart"/>
      <w:r w:rsidRPr="007E08A0">
        <w:rPr>
          <w:rFonts w:cs="Times New Roman"/>
          <w:szCs w:val="26"/>
        </w:rPr>
        <w:t>tạo</w:t>
      </w:r>
      <w:proofErr w:type="spellEnd"/>
      <w:r w:rsidRPr="007E08A0">
        <w:rPr>
          <w:rFonts w:cs="Times New Roman"/>
          <w:szCs w:val="26"/>
        </w:rPr>
        <w:t xml:space="preserve"> </w:t>
      </w:r>
      <w:proofErr w:type="spellStart"/>
      <w:r w:rsidRPr="007E08A0">
        <w:rPr>
          <w:rFonts w:cs="Times New Roman"/>
          <w:szCs w:val="26"/>
        </w:rPr>
        <w:t>trực</w:t>
      </w:r>
      <w:proofErr w:type="spellEnd"/>
      <w:r w:rsidRPr="007E08A0">
        <w:rPr>
          <w:rFonts w:cs="Times New Roman"/>
          <w:szCs w:val="26"/>
        </w:rPr>
        <w:t xml:space="preserve"> </w:t>
      </w:r>
      <w:proofErr w:type="spellStart"/>
      <w:r w:rsidRPr="007E08A0">
        <w:rPr>
          <w:rFonts w:cs="Times New Roman"/>
          <w:szCs w:val="26"/>
        </w:rPr>
        <w:t>tiếp</w:t>
      </w:r>
      <w:proofErr w:type="spellEnd"/>
      <w:r w:rsidRPr="007E08A0">
        <w:rPr>
          <w:rFonts w:cs="Times New Roman"/>
          <w:szCs w:val="26"/>
        </w:rPr>
        <w:t xml:space="preserve">: </w:t>
      </w:r>
      <w:r w:rsidRPr="007E08A0">
        <w:rPr>
          <w:rFonts w:cs="Times New Roman"/>
          <w:color w:val="0070C0"/>
          <w:szCs w:val="26"/>
        </w:rPr>
        <w:t xml:space="preserve">Trung </w:t>
      </w:r>
      <w:proofErr w:type="spellStart"/>
      <w:r w:rsidRPr="007E08A0">
        <w:rPr>
          <w:rFonts w:cs="Times New Roman"/>
          <w:color w:val="0070C0"/>
          <w:szCs w:val="26"/>
        </w:rPr>
        <w:t>tâm</w:t>
      </w:r>
      <w:proofErr w:type="spellEnd"/>
      <w:r w:rsidRPr="007E08A0">
        <w:rPr>
          <w:rFonts w:cs="Times New Roman"/>
          <w:color w:val="0070C0"/>
          <w:szCs w:val="26"/>
        </w:rPr>
        <w:t xml:space="preserve"> </w:t>
      </w:r>
      <w:proofErr w:type="spellStart"/>
      <w:r w:rsidRPr="007E08A0">
        <w:rPr>
          <w:rFonts w:cs="Times New Roman"/>
          <w:color w:val="0070C0"/>
          <w:szCs w:val="26"/>
        </w:rPr>
        <w:t>Ngoại</w:t>
      </w:r>
      <w:proofErr w:type="spellEnd"/>
      <w:r w:rsidRPr="007E08A0">
        <w:rPr>
          <w:rFonts w:cs="Times New Roman"/>
          <w:color w:val="0070C0"/>
          <w:szCs w:val="26"/>
        </w:rPr>
        <w:t xml:space="preserve"> </w:t>
      </w:r>
      <w:proofErr w:type="spellStart"/>
      <w:r w:rsidRPr="007E08A0">
        <w:rPr>
          <w:rFonts w:cs="Times New Roman"/>
          <w:color w:val="0070C0"/>
          <w:szCs w:val="26"/>
        </w:rPr>
        <w:t>ngữ</w:t>
      </w:r>
      <w:proofErr w:type="spellEnd"/>
      <w:r w:rsidRPr="007E08A0">
        <w:rPr>
          <w:rFonts w:cs="Times New Roman"/>
          <w:color w:val="0070C0"/>
          <w:szCs w:val="26"/>
        </w:rPr>
        <w:t xml:space="preserve"> IELTSNINER Review.</w:t>
      </w:r>
    </w:p>
    <w:p w14:paraId="52766D42" w14:textId="3E4DF280"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Tên</w:t>
      </w:r>
      <w:proofErr w:type="spellEnd"/>
      <w:r w:rsidRPr="007E08A0">
        <w:rPr>
          <w:rFonts w:cs="Times New Roman"/>
          <w:szCs w:val="26"/>
        </w:rPr>
        <w:t xml:space="preserve"> </w:t>
      </w:r>
      <w:proofErr w:type="spellStart"/>
      <w:r w:rsidRPr="007E08A0">
        <w:rPr>
          <w:rFonts w:cs="Times New Roman"/>
          <w:szCs w:val="26"/>
        </w:rPr>
        <w:t>thương</w:t>
      </w:r>
      <w:proofErr w:type="spellEnd"/>
      <w:r w:rsidRPr="007E08A0">
        <w:rPr>
          <w:rFonts w:cs="Times New Roman"/>
          <w:szCs w:val="26"/>
        </w:rPr>
        <w:t xml:space="preserve"> </w:t>
      </w:r>
      <w:proofErr w:type="spellStart"/>
      <w:r w:rsidRPr="007E08A0">
        <w:rPr>
          <w:rFonts w:cs="Times New Roman"/>
          <w:szCs w:val="26"/>
        </w:rPr>
        <w:t>mại</w:t>
      </w:r>
      <w:proofErr w:type="spellEnd"/>
      <w:r w:rsidRPr="007E08A0">
        <w:rPr>
          <w:rFonts w:cs="Times New Roman"/>
          <w:szCs w:val="26"/>
        </w:rPr>
        <w:t>/</w:t>
      </w:r>
      <w:proofErr w:type="spellStart"/>
      <w:r w:rsidRPr="007E08A0">
        <w:rPr>
          <w:rFonts w:cs="Times New Roman"/>
          <w:szCs w:val="26"/>
        </w:rPr>
        <w:t>hệ</w:t>
      </w:r>
      <w:proofErr w:type="spellEnd"/>
      <w:r w:rsidRPr="007E08A0">
        <w:rPr>
          <w:rFonts w:cs="Times New Roman"/>
          <w:szCs w:val="26"/>
        </w:rPr>
        <w:t xml:space="preserve"> </w:t>
      </w:r>
      <w:proofErr w:type="spellStart"/>
      <w:r w:rsidRPr="007E08A0">
        <w:rPr>
          <w:rFonts w:cs="Times New Roman"/>
          <w:szCs w:val="26"/>
        </w:rPr>
        <w:t>sinh</w:t>
      </w:r>
      <w:proofErr w:type="spellEnd"/>
      <w:r w:rsidRPr="007E08A0">
        <w:rPr>
          <w:rFonts w:cs="Times New Roman"/>
          <w:szCs w:val="26"/>
        </w:rPr>
        <w:t xml:space="preserve"> thái truyền thông: IELTS 9.0 Việt Nam / Hệ sinh thái đào tạo đa ngôn ngữ quốc tế IELTS 9.0 Việt Nam.</w:t>
      </w:r>
    </w:p>
    <w:p w14:paraId="244A6B6C" w14:textId="3C25C124"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Lĩnh</w:t>
      </w:r>
      <w:proofErr w:type="spellEnd"/>
      <w:r w:rsidRPr="007E08A0">
        <w:rPr>
          <w:rFonts w:cs="Times New Roman"/>
          <w:szCs w:val="26"/>
        </w:rPr>
        <w:t xml:space="preserve"> </w:t>
      </w:r>
      <w:proofErr w:type="spellStart"/>
      <w:r w:rsidRPr="007E08A0">
        <w:rPr>
          <w:rFonts w:cs="Times New Roman"/>
          <w:szCs w:val="26"/>
        </w:rPr>
        <w:t>vực</w:t>
      </w:r>
      <w:proofErr w:type="spellEnd"/>
      <w:r w:rsidRPr="007E08A0">
        <w:rPr>
          <w:rFonts w:cs="Times New Roman"/>
          <w:szCs w:val="26"/>
        </w:rPr>
        <w:t xml:space="preserve"> </w:t>
      </w:r>
      <w:proofErr w:type="spellStart"/>
      <w:r w:rsidRPr="007E08A0">
        <w:rPr>
          <w:rFonts w:cs="Times New Roman"/>
          <w:szCs w:val="26"/>
        </w:rPr>
        <w:t>hoạt</w:t>
      </w:r>
      <w:proofErr w:type="spellEnd"/>
      <w:r w:rsidRPr="007E08A0">
        <w:rPr>
          <w:rFonts w:cs="Times New Roman"/>
          <w:szCs w:val="26"/>
        </w:rPr>
        <w:t xml:space="preserve"> </w:t>
      </w:r>
      <w:proofErr w:type="spellStart"/>
      <w:r w:rsidRPr="007E08A0">
        <w:rPr>
          <w:rFonts w:cs="Times New Roman"/>
          <w:szCs w:val="26"/>
        </w:rPr>
        <w:t>động</w:t>
      </w:r>
      <w:proofErr w:type="spellEnd"/>
      <w:r w:rsidRPr="007E08A0">
        <w:rPr>
          <w:rFonts w:cs="Times New Roman"/>
          <w:szCs w:val="26"/>
        </w:rPr>
        <w:t>: đào tạo ngoại ngữ; luyện thi chứng chỉ quốc tế; phát triển kỹ năng ngôn ngữ và kỹ năng hội nhập; tư vấn du học và hợp tác giáo dục quốc tế theo phạm vi được cấp phép.</w:t>
      </w:r>
    </w:p>
    <w:p w14:paraId="5607DE08" w14:textId="3B90F5CA"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Nhóm</w:t>
      </w:r>
      <w:proofErr w:type="spellEnd"/>
      <w:r w:rsidRPr="007E08A0">
        <w:rPr>
          <w:rFonts w:cs="Times New Roman"/>
          <w:szCs w:val="26"/>
        </w:rPr>
        <w:t xml:space="preserve"> </w:t>
      </w:r>
      <w:proofErr w:type="spellStart"/>
      <w:r w:rsidRPr="007E08A0">
        <w:rPr>
          <w:rFonts w:cs="Times New Roman"/>
          <w:szCs w:val="26"/>
        </w:rPr>
        <w:t>chương</w:t>
      </w:r>
      <w:proofErr w:type="spellEnd"/>
      <w:r w:rsidRPr="007E08A0">
        <w:rPr>
          <w:rFonts w:cs="Times New Roman"/>
          <w:szCs w:val="26"/>
        </w:rPr>
        <w:t xml:space="preserve"> </w:t>
      </w:r>
      <w:proofErr w:type="spellStart"/>
      <w:r w:rsidRPr="007E08A0">
        <w:rPr>
          <w:rFonts w:cs="Times New Roman"/>
          <w:szCs w:val="26"/>
        </w:rPr>
        <w:t>trình</w:t>
      </w:r>
      <w:proofErr w:type="spellEnd"/>
      <w:r w:rsidRPr="007E08A0">
        <w:rPr>
          <w:rFonts w:cs="Times New Roman"/>
          <w:szCs w:val="26"/>
        </w:rPr>
        <w:t xml:space="preserve"> </w:t>
      </w:r>
      <w:proofErr w:type="spellStart"/>
      <w:r w:rsidRPr="007E08A0">
        <w:rPr>
          <w:rFonts w:cs="Times New Roman"/>
          <w:szCs w:val="26"/>
        </w:rPr>
        <w:t>đào</w:t>
      </w:r>
      <w:proofErr w:type="spellEnd"/>
      <w:r w:rsidRPr="007E08A0">
        <w:rPr>
          <w:rFonts w:cs="Times New Roman"/>
          <w:szCs w:val="26"/>
        </w:rPr>
        <w:t xml:space="preserve"> tạo trọng tâm: tiếng Anh/IELTS, tiếng Đức, tiếng Nhật, tiếng Hàn, tiếng Trung và các chương trình kỹ năng mềm bổ trợ.</w:t>
      </w:r>
    </w:p>
    <w:p w14:paraId="06DDC3E8"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IELTS 9.0 Việt Nam / Hệ sinh thái đào tạo đa ngôn ngữ quốc tế IELTS 9.0 Việt Nam là tên thương mại, định vị truyền thông và mô hình hệ sinh thái đào tạo do Công ty Cổ phần HRD Global sử dụng trong hoạt động giới thiệu, phát triển và tổ chức các chương trình ngoại ngữ. Tên gọi này không phải là một pháp nhân độc lập và không thay thế tư cách pháp lý của Công ty Cổ phần HRD Global hoặc Trung tâm Ngoại ngữ IELTSNINER Review.</w:t>
      </w:r>
    </w:p>
    <w:p w14:paraId="04B15D72" w14:textId="77777777" w:rsidR="00C80364" w:rsidRPr="007E08A0" w:rsidRDefault="00000000" w:rsidP="007E08A0">
      <w:pPr>
        <w:spacing w:after="0" w:line="360" w:lineRule="auto"/>
        <w:jc w:val="both"/>
        <w:rPr>
          <w:rFonts w:cs="Times New Roman"/>
          <w:color w:val="0070C0"/>
          <w:szCs w:val="26"/>
        </w:rPr>
      </w:pPr>
      <w:r w:rsidRPr="007E08A0">
        <w:rPr>
          <w:rFonts w:cs="Times New Roman"/>
          <w:b/>
          <w:color w:val="0070C0"/>
          <w:szCs w:val="26"/>
        </w:rPr>
        <w:t>II. Tuyên bố chung</w:t>
      </w:r>
    </w:p>
    <w:p w14:paraId="235AA0CD"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Công ty Cổ phần HRD Global, thông qua Trung tâm Ngoại ngữ IELTSNINER Review, công bố bản cam kết chất lượng đào tạo nhằm minh bạch hóa thông tin về chương trình học, phương pháp đào tạo, đội ngũ giảng dạy, điều kiện học tập, chuẩn đầu ra, cơ chế kiểm tra đánh giá và trách nhiệm hỗ trợ học viên đối với toàn bộ hệ chương trình 05 ngoại ngữ.</w:t>
      </w:r>
    </w:p>
    <w:p w14:paraId="66D7AFC3"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lastRenderedPageBreak/>
        <w:t>Bản công bố này được xây dựng theo định hướng quản lý chất lượng nội bộ của trung tâm ngoại ngữ, phù hợp với yêu cầu công khai cam kết chất lượng, điều kiện bảo đảm chất lượng, địa điểm hoạt động, chương trình đào tạo, học phí và trách nhiệm giải trình của trung tâm ngoại ngữ theo tinh thần Thông tư 21/2018/TT-BGDĐT.</w:t>
      </w:r>
    </w:p>
    <w:p w14:paraId="7B7EBD21" w14:textId="77777777" w:rsidR="00C80364" w:rsidRPr="007E08A0" w:rsidRDefault="00000000" w:rsidP="007E08A0">
      <w:pPr>
        <w:spacing w:after="0" w:line="360" w:lineRule="auto"/>
        <w:jc w:val="both"/>
        <w:rPr>
          <w:rFonts w:cs="Times New Roman"/>
          <w:szCs w:val="26"/>
        </w:rPr>
      </w:pPr>
      <w:r w:rsidRPr="007E08A0">
        <w:rPr>
          <w:rFonts w:cs="Times New Roman"/>
          <w:bCs/>
          <w:szCs w:val="26"/>
          <w:u w:val="single"/>
        </w:rPr>
        <w:t>Lưu ý pháp lý</w:t>
      </w:r>
      <w:r w:rsidRPr="007E08A0">
        <w:rPr>
          <w:rFonts w:cs="Times New Roman"/>
          <w:b/>
          <w:szCs w:val="26"/>
        </w:rPr>
        <w:t>:</w:t>
      </w:r>
    </w:p>
    <w:p w14:paraId="482A8D67"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Bản công bố này là cam kết chất lượng đào tạo nội bộ của Trung tâm Ngoại ngữ IELTSNINER Review, trực thuộc Công ty Cổ phần HRD Global. Bản công bố này không phải là giấy chứng nhận kiểm định chất lượng giáo dục, không thay thế giấy phép hoạt động giáo dục và không hàm ý rằng “Hệ thống Đào tạo Đa ngôn ngữ Quốc tế IELTS 9.0 Việt Nam” là một pháp nhân độc lập hoặc một cơ sở giáo dục được cấp phép riêng.</w:t>
      </w:r>
    </w:p>
    <w:p w14:paraId="237F9058" w14:textId="77777777" w:rsidR="00C80364" w:rsidRPr="007E08A0" w:rsidRDefault="00000000" w:rsidP="007E08A0">
      <w:pPr>
        <w:spacing w:after="0" w:line="360" w:lineRule="auto"/>
        <w:jc w:val="both"/>
        <w:rPr>
          <w:rFonts w:cs="Times New Roman"/>
          <w:color w:val="0070C0"/>
          <w:szCs w:val="26"/>
        </w:rPr>
      </w:pPr>
      <w:r w:rsidRPr="007E08A0">
        <w:rPr>
          <w:rFonts w:cs="Times New Roman"/>
          <w:b/>
          <w:color w:val="0070C0"/>
          <w:szCs w:val="26"/>
        </w:rPr>
        <w:t>III. Căn cứ xây dựng bản công bố</w:t>
      </w:r>
    </w:p>
    <w:p w14:paraId="6FD15755" w14:textId="07CE8529" w:rsidR="00C80364" w:rsidRPr="007E08A0" w:rsidRDefault="007E08A0" w:rsidP="007E08A0">
      <w:pPr>
        <w:spacing w:after="0" w:line="360" w:lineRule="auto"/>
        <w:ind w:firstLine="720"/>
        <w:jc w:val="both"/>
        <w:rPr>
          <w:rFonts w:cs="Times New Roman"/>
          <w:szCs w:val="26"/>
        </w:rPr>
      </w:pPr>
      <w:r>
        <w:rPr>
          <w:rFonts w:cs="Times New Roman"/>
          <w:szCs w:val="26"/>
        </w:rPr>
        <w:t xml:space="preserve">- </w:t>
      </w:r>
      <w:r w:rsidR="00000000" w:rsidRPr="007E08A0">
        <w:rPr>
          <w:rFonts w:cs="Times New Roman"/>
          <w:szCs w:val="26"/>
        </w:rPr>
        <w:t xml:space="preserve">Thông </w:t>
      </w:r>
      <w:proofErr w:type="spellStart"/>
      <w:r w:rsidR="00000000" w:rsidRPr="007E08A0">
        <w:rPr>
          <w:rFonts w:cs="Times New Roman"/>
          <w:szCs w:val="26"/>
        </w:rPr>
        <w:t>tư</w:t>
      </w:r>
      <w:proofErr w:type="spellEnd"/>
      <w:r w:rsidR="00000000" w:rsidRPr="007E08A0">
        <w:rPr>
          <w:rFonts w:cs="Times New Roman"/>
          <w:szCs w:val="26"/>
        </w:rPr>
        <w:t xml:space="preserve"> 21/2018/TT-BGDĐT ban hành Quy chế tổ chức và hoạt động của trung tâm ngoại ngữ, tin học.</w:t>
      </w:r>
    </w:p>
    <w:p w14:paraId="4D105023" w14:textId="5B91E072" w:rsidR="00C80364" w:rsidRPr="007E08A0" w:rsidRDefault="007E08A0" w:rsidP="007E08A0">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Giấy</w:t>
      </w:r>
      <w:proofErr w:type="spellEnd"/>
      <w:r w:rsidR="00000000" w:rsidRPr="007E08A0">
        <w:rPr>
          <w:rFonts w:cs="Times New Roman"/>
          <w:szCs w:val="26"/>
        </w:rPr>
        <w:t xml:space="preserve"> </w:t>
      </w:r>
      <w:proofErr w:type="spellStart"/>
      <w:r w:rsidR="00000000" w:rsidRPr="007E08A0">
        <w:rPr>
          <w:rFonts w:cs="Times New Roman"/>
          <w:szCs w:val="26"/>
        </w:rPr>
        <w:t>phép</w:t>
      </w:r>
      <w:proofErr w:type="spellEnd"/>
      <w:r w:rsidR="00000000" w:rsidRPr="007E08A0">
        <w:rPr>
          <w:rFonts w:cs="Times New Roman"/>
          <w:szCs w:val="26"/>
        </w:rPr>
        <w:t xml:space="preserve"> </w:t>
      </w:r>
      <w:proofErr w:type="spellStart"/>
      <w:r w:rsidR="00000000" w:rsidRPr="007E08A0">
        <w:rPr>
          <w:rFonts w:cs="Times New Roman"/>
          <w:szCs w:val="26"/>
        </w:rPr>
        <w:t>thành</w:t>
      </w:r>
      <w:proofErr w:type="spellEnd"/>
      <w:r w:rsidR="00000000" w:rsidRPr="007E08A0">
        <w:rPr>
          <w:rFonts w:cs="Times New Roman"/>
          <w:szCs w:val="26"/>
        </w:rPr>
        <w:t xml:space="preserve"> </w:t>
      </w:r>
      <w:proofErr w:type="spellStart"/>
      <w:r w:rsidR="00000000" w:rsidRPr="007E08A0">
        <w:rPr>
          <w:rFonts w:cs="Times New Roman"/>
          <w:szCs w:val="26"/>
        </w:rPr>
        <w:t>lập</w:t>
      </w:r>
      <w:proofErr w:type="spellEnd"/>
      <w:r w:rsidR="00000000" w:rsidRPr="007E08A0">
        <w:rPr>
          <w:rFonts w:cs="Times New Roman"/>
          <w:szCs w:val="26"/>
        </w:rPr>
        <w:t>: Quyết định số 3208/QĐ-SGDĐT Hà Nội ban hành ngày 16/12/2025 về việc cho phép thành lập Trung tâm Ngoại ngữ IELTSNINER Review.</w:t>
      </w:r>
    </w:p>
    <w:p w14:paraId="05DF3D17" w14:textId="6B147EE4" w:rsidR="00C80364" w:rsidRPr="007E08A0" w:rsidRDefault="007E08A0" w:rsidP="007E08A0">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Quyết</w:t>
      </w:r>
      <w:proofErr w:type="spellEnd"/>
      <w:r w:rsidR="00000000" w:rsidRPr="007E08A0">
        <w:rPr>
          <w:rFonts w:cs="Times New Roman"/>
          <w:szCs w:val="26"/>
        </w:rPr>
        <w:t xml:space="preserve"> </w:t>
      </w:r>
      <w:proofErr w:type="spellStart"/>
      <w:r w:rsidR="00000000" w:rsidRPr="007E08A0">
        <w:rPr>
          <w:rFonts w:cs="Times New Roman"/>
          <w:szCs w:val="26"/>
        </w:rPr>
        <w:t>định</w:t>
      </w:r>
      <w:proofErr w:type="spellEnd"/>
      <w:r w:rsidR="00000000" w:rsidRPr="007E08A0">
        <w:rPr>
          <w:rFonts w:cs="Times New Roman"/>
          <w:szCs w:val="26"/>
        </w:rPr>
        <w:t xml:space="preserve"> </w:t>
      </w:r>
      <w:proofErr w:type="spellStart"/>
      <w:r w:rsidR="00000000" w:rsidRPr="007E08A0">
        <w:rPr>
          <w:rFonts w:cs="Times New Roman"/>
          <w:szCs w:val="26"/>
        </w:rPr>
        <w:t>số</w:t>
      </w:r>
      <w:proofErr w:type="spellEnd"/>
      <w:r w:rsidR="00000000" w:rsidRPr="007E08A0">
        <w:rPr>
          <w:rFonts w:cs="Times New Roman"/>
          <w:szCs w:val="26"/>
        </w:rPr>
        <w:t xml:space="preserve"> 1388/QĐ-SGDĐT Hà Nội ban hành ngày 14/08/2023 về việc cấp giấy chứng nhận kinh doanh dịch vụ tư vấn du học.</w:t>
      </w:r>
    </w:p>
    <w:p w14:paraId="60373DD2" w14:textId="41D615F9" w:rsidR="00C80364" w:rsidRPr="007E08A0" w:rsidRDefault="007E08A0" w:rsidP="007E08A0">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Chức</w:t>
      </w:r>
      <w:proofErr w:type="spellEnd"/>
      <w:r w:rsidR="00000000" w:rsidRPr="007E08A0">
        <w:rPr>
          <w:rFonts w:cs="Times New Roman"/>
          <w:szCs w:val="26"/>
        </w:rPr>
        <w:t xml:space="preserve"> </w:t>
      </w:r>
      <w:proofErr w:type="spellStart"/>
      <w:r w:rsidR="00000000" w:rsidRPr="007E08A0">
        <w:rPr>
          <w:rFonts w:cs="Times New Roman"/>
          <w:szCs w:val="26"/>
        </w:rPr>
        <w:t>năng</w:t>
      </w:r>
      <w:proofErr w:type="spellEnd"/>
      <w:r w:rsidR="00000000" w:rsidRPr="007E08A0">
        <w:rPr>
          <w:rFonts w:cs="Times New Roman"/>
          <w:szCs w:val="26"/>
        </w:rPr>
        <w:t xml:space="preserve">, </w:t>
      </w:r>
      <w:proofErr w:type="spellStart"/>
      <w:r w:rsidR="00000000" w:rsidRPr="007E08A0">
        <w:rPr>
          <w:rFonts w:cs="Times New Roman"/>
          <w:szCs w:val="26"/>
        </w:rPr>
        <w:t>nhiệm</w:t>
      </w:r>
      <w:proofErr w:type="spellEnd"/>
      <w:r w:rsidR="00000000" w:rsidRPr="007E08A0">
        <w:rPr>
          <w:rFonts w:cs="Times New Roman"/>
          <w:szCs w:val="26"/>
        </w:rPr>
        <w:t xml:space="preserve"> </w:t>
      </w:r>
      <w:proofErr w:type="spellStart"/>
      <w:r w:rsidR="00000000" w:rsidRPr="007E08A0">
        <w:rPr>
          <w:rFonts w:cs="Times New Roman"/>
          <w:szCs w:val="26"/>
        </w:rPr>
        <w:t>vụ</w:t>
      </w:r>
      <w:proofErr w:type="spellEnd"/>
      <w:r w:rsidR="00000000" w:rsidRPr="007E08A0">
        <w:rPr>
          <w:rFonts w:cs="Times New Roman"/>
          <w:szCs w:val="26"/>
        </w:rPr>
        <w:t xml:space="preserve"> và phạm vi hoạt động đào tạo của Công ty Cổ phần HRD Global và Trung tâm Ngoại ngữ IELTSNINER Review.</w:t>
      </w:r>
    </w:p>
    <w:p w14:paraId="424B9068" w14:textId="015DE44B" w:rsidR="00C80364" w:rsidRPr="007E08A0" w:rsidRDefault="007E08A0" w:rsidP="007E08A0">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Chương</w:t>
      </w:r>
      <w:proofErr w:type="spellEnd"/>
      <w:r w:rsidR="00000000" w:rsidRPr="007E08A0">
        <w:rPr>
          <w:rFonts w:cs="Times New Roman"/>
          <w:szCs w:val="26"/>
        </w:rPr>
        <w:t xml:space="preserve"> </w:t>
      </w:r>
      <w:proofErr w:type="spellStart"/>
      <w:r w:rsidR="00000000" w:rsidRPr="007E08A0">
        <w:rPr>
          <w:rFonts w:cs="Times New Roman"/>
          <w:szCs w:val="26"/>
        </w:rPr>
        <w:t>trình</w:t>
      </w:r>
      <w:proofErr w:type="spellEnd"/>
      <w:r w:rsidR="00000000" w:rsidRPr="007E08A0">
        <w:rPr>
          <w:rFonts w:cs="Times New Roman"/>
          <w:szCs w:val="26"/>
        </w:rPr>
        <w:t xml:space="preserve"> </w:t>
      </w:r>
      <w:proofErr w:type="spellStart"/>
      <w:r w:rsidR="00000000" w:rsidRPr="007E08A0">
        <w:rPr>
          <w:rFonts w:cs="Times New Roman"/>
          <w:szCs w:val="26"/>
        </w:rPr>
        <w:t>đào</w:t>
      </w:r>
      <w:proofErr w:type="spellEnd"/>
      <w:r w:rsidR="00000000" w:rsidRPr="007E08A0">
        <w:rPr>
          <w:rFonts w:cs="Times New Roman"/>
          <w:szCs w:val="26"/>
        </w:rPr>
        <w:t xml:space="preserve"> </w:t>
      </w:r>
      <w:proofErr w:type="spellStart"/>
      <w:r w:rsidR="00000000" w:rsidRPr="007E08A0">
        <w:rPr>
          <w:rFonts w:cs="Times New Roman"/>
          <w:szCs w:val="26"/>
        </w:rPr>
        <w:t>tạo</w:t>
      </w:r>
      <w:proofErr w:type="spellEnd"/>
      <w:r w:rsidR="00000000" w:rsidRPr="007E08A0">
        <w:rPr>
          <w:rFonts w:cs="Times New Roman"/>
          <w:szCs w:val="26"/>
        </w:rPr>
        <w:t>, giáo trình, tài liệu học tập, lộ trình học và quy trình quản lý học viên do đơn vị ban hành cho từng ngoại ngữ.</w:t>
      </w:r>
    </w:p>
    <w:p w14:paraId="67EFCDEE" w14:textId="6DAC9661" w:rsidR="00C80364" w:rsidRPr="007E08A0" w:rsidRDefault="007E08A0" w:rsidP="007E08A0">
      <w:pPr>
        <w:spacing w:after="0" w:line="360" w:lineRule="auto"/>
        <w:ind w:firstLine="720"/>
        <w:jc w:val="both"/>
        <w:rPr>
          <w:rFonts w:cs="Times New Roman"/>
          <w:szCs w:val="26"/>
        </w:rPr>
      </w:pPr>
      <w:r>
        <w:rPr>
          <w:rFonts w:cs="Times New Roman"/>
          <w:szCs w:val="26"/>
        </w:rPr>
        <w:t xml:space="preserve">- </w:t>
      </w:r>
      <w:r w:rsidR="00000000" w:rsidRPr="007E08A0">
        <w:rPr>
          <w:rFonts w:cs="Times New Roman"/>
          <w:szCs w:val="26"/>
        </w:rPr>
        <w:t xml:space="preserve">Thông tin </w:t>
      </w:r>
      <w:proofErr w:type="spellStart"/>
      <w:r w:rsidR="00000000" w:rsidRPr="007E08A0">
        <w:rPr>
          <w:rFonts w:cs="Times New Roman"/>
          <w:szCs w:val="26"/>
        </w:rPr>
        <w:t>công</w:t>
      </w:r>
      <w:proofErr w:type="spellEnd"/>
      <w:r w:rsidR="00000000" w:rsidRPr="007E08A0">
        <w:rPr>
          <w:rFonts w:cs="Times New Roman"/>
          <w:szCs w:val="26"/>
        </w:rPr>
        <w:t xml:space="preserve"> </w:t>
      </w:r>
      <w:proofErr w:type="spellStart"/>
      <w:r w:rsidR="00000000" w:rsidRPr="007E08A0">
        <w:rPr>
          <w:rFonts w:cs="Times New Roman"/>
          <w:szCs w:val="26"/>
        </w:rPr>
        <w:t>bố</w:t>
      </w:r>
      <w:proofErr w:type="spellEnd"/>
      <w:r w:rsidR="00000000" w:rsidRPr="007E08A0">
        <w:rPr>
          <w:rFonts w:cs="Times New Roman"/>
          <w:szCs w:val="26"/>
        </w:rPr>
        <w:t xml:space="preserve"> trên website </w:t>
      </w:r>
      <w:proofErr w:type="spellStart"/>
      <w:r w:rsidR="00000000" w:rsidRPr="007E08A0">
        <w:rPr>
          <w:rFonts w:cs="Times New Roman"/>
          <w:szCs w:val="26"/>
        </w:rPr>
        <w:t>chính</w:t>
      </w:r>
      <w:proofErr w:type="spellEnd"/>
      <w:r w:rsidR="00000000" w:rsidRPr="007E08A0">
        <w:rPr>
          <w:rFonts w:cs="Times New Roman"/>
          <w:szCs w:val="26"/>
        </w:rPr>
        <w:t xml:space="preserve"> </w:t>
      </w:r>
      <w:proofErr w:type="spellStart"/>
      <w:r w:rsidR="00000000" w:rsidRPr="007E08A0">
        <w:rPr>
          <w:rFonts w:cs="Times New Roman"/>
          <w:szCs w:val="26"/>
        </w:rPr>
        <w:t>thức</w:t>
      </w:r>
      <w:proofErr w:type="spellEnd"/>
      <w:r w:rsidR="00000000" w:rsidRPr="007E08A0">
        <w:rPr>
          <w:rFonts w:cs="Times New Roman"/>
          <w:szCs w:val="26"/>
        </w:rPr>
        <w:t xml:space="preserve"> </w:t>
      </w:r>
      <w:hyperlink r:id="rId8" w:history="1">
        <w:r w:rsidRPr="007E352B">
          <w:rPr>
            <w:rStyle w:val="Hyperlink"/>
            <w:rFonts w:cs="Times New Roman"/>
            <w:szCs w:val="26"/>
          </w:rPr>
          <w:t>https://ieltsniner.edu.vn/</w:t>
        </w:r>
      </w:hyperlink>
      <w:r>
        <w:rPr>
          <w:rFonts w:cs="Times New Roman"/>
          <w:szCs w:val="26"/>
        </w:rPr>
        <w:t xml:space="preserve"> </w:t>
      </w:r>
      <w:proofErr w:type="spellStart"/>
      <w:r w:rsidR="00000000" w:rsidRPr="007E08A0">
        <w:rPr>
          <w:rFonts w:cs="Times New Roman"/>
          <w:szCs w:val="26"/>
        </w:rPr>
        <w:t>về</w:t>
      </w:r>
      <w:proofErr w:type="spellEnd"/>
      <w:r w:rsidR="00000000" w:rsidRPr="007E08A0">
        <w:rPr>
          <w:rFonts w:cs="Times New Roman"/>
          <w:szCs w:val="26"/>
        </w:rPr>
        <w:t xml:space="preserve"> </w:t>
      </w:r>
      <w:proofErr w:type="spellStart"/>
      <w:r w:rsidR="00000000" w:rsidRPr="007E08A0">
        <w:rPr>
          <w:rFonts w:cs="Times New Roman"/>
          <w:szCs w:val="26"/>
        </w:rPr>
        <w:t>chương</w:t>
      </w:r>
      <w:proofErr w:type="spellEnd"/>
      <w:r w:rsidR="00000000" w:rsidRPr="007E08A0">
        <w:rPr>
          <w:rFonts w:cs="Times New Roman"/>
          <w:szCs w:val="26"/>
        </w:rPr>
        <w:t xml:space="preserve"> </w:t>
      </w:r>
      <w:proofErr w:type="spellStart"/>
      <w:r w:rsidR="00000000" w:rsidRPr="007E08A0">
        <w:rPr>
          <w:rFonts w:cs="Times New Roman"/>
          <w:szCs w:val="26"/>
        </w:rPr>
        <w:t>trình</w:t>
      </w:r>
      <w:proofErr w:type="spellEnd"/>
      <w:r w:rsidR="00000000" w:rsidRPr="007E08A0">
        <w:rPr>
          <w:rFonts w:cs="Times New Roman"/>
          <w:szCs w:val="26"/>
        </w:rPr>
        <w:t xml:space="preserve"> IELTS, mô hình học 3:1, Coaching 1:1, Managing “Bút đen – Bút đỏ”, hệ thống theo dõi học tập, CRM/KPI và mock test định kỳ.</w:t>
      </w:r>
    </w:p>
    <w:p w14:paraId="75BC0FBB" w14:textId="77777777" w:rsidR="00C80364" w:rsidRPr="007E08A0" w:rsidRDefault="00000000" w:rsidP="007E08A0">
      <w:pPr>
        <w:spacing w:after="0" w:line="360" w:lineRule="auto"/>
        <w:jc w:val="both"/>
        <w:rPr>
          <w:rFonts w:cs="Times New Roman"/>
          <w:color w:val="0070C0"/>
          <w:szCs w:val="26"/>
        </w:rPr>
      </w:pPr>
      <w:r w:rsidRPr="007E08A0">
        <w:rPr>
          <w:rFonts w:cs="Times New Roman"/>
          <w:b/>
          <w:color w:val="0070C0"/>
          <w:szCs w:val="26"/>
        </w:rPr>
        <w:t>IV. Phạm vi chương trình đào tạo 05 ngoại ngữ</w:t>
      </w:r>
    </w:p>
    <w:p w14:paraId="4AB464D4"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Bản công bố này áp dụng cho các chương trình đào tạo ngoại ngữ do Trung tâm Ngoại ngữ IELTSNINER Review trực tiếp tổ chức hoặc phối hợp triển khai dưới sự quản lý của Công ty Cổ phần HRD Global. Trọng tâm đào tạo gồm 05 ngoại ngữ: tiếng Anh, tiếng Đức, tiếng Nhật, tiếng Hàn và tiếng Trung.</w:t>
      </w:r>
    </w:p>
    <w:tbl>
      <w:tblPr>
        <w:tblStyle w:val="TableGrid"/>
        <w:tblW w:w="0" w:type="auto"/>
        <w:jc w:val="center"/>
        <w:tblLook w:val="04A0" w:firstRow="1" w:lastRow="0" w:firstColumn="1" w:lastColumn="0" w:noHBand="0" w:noVBand="1"/>
      </w:tblPr>
      <w:tblGrid>
        <w:gridCol w:w="1584"/>
        <w:gridCol w:w="3168"/>
        <w:gridCol w:w="4464"/>
      </w:tblGrid>
      <w:tr w:rsidR="00C80364" w:rsidRPr="007E08A0" w14:paraId="34044C46" w14:textId="77777777">
        <w:trPr>
          <w:jc w:val="center"/>
        </w:trPr>
        <w:tc>
          <w:tcPr>
            <w:tcW w:w="1584" w:type="dxa"/>
            <w:shd w:val="clear" w:color="auto" w:fill="1F4E79"/>
            <w:vAlign w:val="center"/>
          </w:tcPr>
          <w:p w14:paraId="058D0870" w14:textId="77777777" w:rsidR="00C80364" w:rsidRPr="007E08A0" w:rsidRDefault="00000000" w:rsidP="007E08A0">
            <w:pPr>
              <w:spacing w:line="360" w:lineRule="auto"/>
              <w:jc w:val="center"/>
              <w:rPr>
                <w:rFonts w:cs="Times New Roman"/>
                <w:szCs w:val="26"/>
              </w:rPr>
            </w:pPr>
            <w:r w:rsidRPr="007E08A0">
              <w:rPr>
                <w:rFonts w:cs="Times New Roman"/>
                <w:b/>
                <w:color w:val="FFFFFF"/>
                <w:szCs w:val="26"/>
              </w:rPr>
              <w:lastRenderedPageBreak/>
              <w:t>Ngoại ngữ</w:t>
            </w:r>
          </w:p>
        </w:tc>
        <w:tc>
          <w:tcPr>
            <w:tcW w:w="3168" w:type="dxa"/>
            <w:shd w:val="clear" w:color="auto" w:fill="1F4E79"/>
            <w:vAlign w:val="center"/>
          </w:tcPr>
          <w:p w14:paraId="0E8967FD" w14:textId="77777777" w:rsidR="00C80364" w:rsidRPr="007E08A0" w:rsidRDefault="00000000" w:rsidP="007E08A0">
            <w:pPr>
              <w:spacing w:line="360" w:lineRule="auto"/>
              <w:jc w:val="center"/>
              <w:rPr>
                <w:rFonts w:cs="Times New Roman"/>
                <w:szCs w:val="26"/>
              </w:rPr>
            </w:pPr>
            <w:r w:rsidRPr="007E08A0">
              <w:rPr>
                <w:rFonts w:cs="Times New Roman"/>
                <w:b/>
                <w:color w:val="FFFFFF"/>
                <w:szCs w:val="26"/>
              </w:rPr>
              <w:t>Nhóm chương trình</w:t>
            </w:r>
          </w:p>
        </w:tc>
        <w:tc>
          <w:tcPr>
            <w:tcW w:w="4464" w:type="dxa"/>
            <w:shd w:val="clear" w:color="auto" w:fill="1F4E79"/>
            <w:vAlign w:val="center"/>
          </w:tcPr>
          <w:p w14:paraId="48670A55" w14:textId="77777777" w:rsidR="00C80364" w:rsidRPr="007E08A0" w:rsidRDefault="00000000" w:rsidP="007E08A0">
            <w:pPr>
              <w:spacing w:line="360" w:lineRule="auto"/>
              <w:jc w:val="center"/>
              <w:rPr>
                <w:rFonts w:cs="Times New Roman"/>
                <w:szCs w:val="26"/>
              </w:rPr>
            </w:pPr>
            <w:r w:rsidRPr="007E08A0">
              <w:rPr>
                <w:rFonts w:cs="Times New Roman"/>
                <w:b/>
                <w:color w:val="FFFFFF"/>
                <w:szCs w:val="26"/>
              </w:rPr>
              <w:t>Mục tiêu/định hướng đào tạo</w:t>
            </w:r>
          </w:p>
        </w:tc>
      </w:tr>
      <w:tr w:rsidR="00C80364" w:rsidRPr="007E08A0" w14:paraId="3F94383A" w14:textId="77777777">
        <w:trPr>
          <w:jc w:val="center"/>
        </w:trPr>
        <w:tc>
          <w:tcPr>
            <w:tcW w:w="1584" w:type="dxa"/>
            <w:vAlign w:val="center"/>
          </w:tcPr>
          <w:p w14:paraId="23EEFAC3"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Anh</w:t>
            </w:r>
          </w:p>
        </w:tc>
        <w:tc>
          <w:tcPr>
            <w:tcW w:w="3168" w:type="dxa"/>
            <w:vAlign w:val="center"/>
          </w:tcPr>
          <w:p w14:paraId="2216E2CF"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IELTS; tiếng Anh giao tiếp; tiếng Anh học thuật; tiếng Anh cho mầm non, tiểu học, THCS, THPT; nâng cao năng lực tiếng Anh cho giáo viên; Summer Camp.</w:t>
            </w:r>
          </w:p>
        </w:tc>
        <w:tc>
          <w:tcPr>
            <w:tcW w:w="4464" w:type="dxa"/>
            <w:vAlign w:val="center"/>
          </w:tcPr>
          <w:p w14:paraId="6307DC1D"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Phát triển 04 kỹ năng nghe, nói, đọc, viết; hướng tới CEFR, IELTS hoặc mục tiêu sử dụng tiếng Anh trong học tập, công việc và hội nhập quốc tế.</w:t>
            </w:r>
          </w:p>
        </w:tc>
      </w:tr>
      <w:tr w:rsidR="00C80364" w:rsidRPr="007E08A0" w14:paraId="0B3BF961" w14:textId="77777777">
        <w:trPr>
          <w:jc w:val="center"/>
        </w:trPr>
        <w:tc>
          <w:tcPr>
            <w:tcW w:w="1584" w:type="dxa"/>
            <w:vAlign w:val="center"/>
          </w:tcPr>
          <w:p w14:paraId="343DCDEE"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Đức</w:t>
            </w:r>
          </w:p>
        </w:tc>
        <w:tc>
          <w:tcPr>
            <w:tcW w:w="3168" w:type="dxa"/>
            <w:vAlign w:val="center"/>
          </w:tcPr>
          <w:p w14:paraId="4211FA87"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Đức A1-B2/C1; tiếng Đức định hướng du học nghề, đại học, sau đại học, làm việc và hội nhập tại Đức.</w:t>
            </w:r>
          </w:p>
        </w:tc>
        <w:tc>
          <w:tcPr>
            <w:tcW w:w="4464" w:type="dxa"/>
            <w:vAlign w:val="center"/>
          </w:tcPr>
          <w:p w14:paraId="46C4E96E"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Hình thành nền tảng ngữ âm, ngữ pháp, từ vựng, giao tiếp và kỹ năng thi chứng chỉ tiếng Đức theo mục tiêu học tập/làm việc.</w:t>
            </w:r>
          </w:p>
        </w:tc>
      </w:tr>
      <w:tr w:rsidR="00C80364" w:rsidRPr="007E08A0" w14:paraId="68648F0C" w14:textId="77777777">
        <w:trPr>
          <w:jc w:val="center"/>
        </w:trPr>
        <w:tc>
          <w:tcPr>
            <w:tcW w:w="1584" w:type="dxa"/>
            <w:vAlign w:val="center"/>
          </w:tcPr>
          <w:p w14:paraId="16DABE9B"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Nhật</w:t>
            </w:r>
          </w:p>
        </w:tc>
        <w:tc>
          <w:tcPr>
            <w:tcW w:w="3168" w:type="dxa"/>
            <w:vAlign w:val="center"/>
          </w:tcPr>
          <w:p w14:paraId="60CEF4E8"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Nhật giao tiếp; JLPT N5-N1; tiếng Nhật học thuật/nghề nghiệp.</w:t>
            </w:r>
          </w:p>
        </w:tc>
        <w:tc>
          <w:tcPr>
            <w:tcW w:w="4464" w:type="dxa"/>
            <w:vAlign w:val="center"/>
          </w:tcPr>
          <w:p w14:paraId="7E9655BF"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Phát triển hệ chữ Hiragana, Katakana, Kanji, năng lực giao tiếp và năng lực đọc hiểu theo mục tiêu chứng chỉ hoặc sử dụng trong học tập/công việc.</w:t>
            </w:r>
          </w:p>
        </w:tc>
      </w:tr>
      <w:tr w:rsidR="00C80364" w:rsidRPr="007E08A0" w14:paraId="4FC628EF" w14:textId="77777777">
        <w:trPr>
          <w:jc w:val="center"/>
        </w:trPr>
        <w:tc>
          <w:tcPr>
            <w:tcW w:w="1584" w:type="dxa"/>
            <w:vAlign w:val="center"/>
          </w:tcPr>
          <w:p w14:paraId="74D0B991"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Hàn</w:t>
            </w:r>
          </w:p>
        </w:tc>
        <w:tc>
          <w:tcPr>
            <w:tcW w:w="3168" w:type="dxa"/>
            <w:vAlign w:val="center"/>
          </w:tcPr>
          <w:p w14:paraId="066BD356"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Hàn giao tiếp; TOPIK I-II; tiếng Hàn định hướng du học, việc làm và hội nhập.</w:t>
            </w:r>
          </w:p>
        </w:tc>
        <w:tc>
          <w:tcPr>
            <w:tcW w:w="4464" w:type="dxa"/>
            <w:vAlign w:val="center"/>
          </w:tcPr>
          <w:p w14:paraId="71972DD5"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Phát triển phát âm, chữ Hangeul, giao tiếp thực tế, đọc hiểu và viết theo bối cảnh học tập/làm việc.</w:t>
            </w:r>
          </w:p>
        </w:tc>
      </w:tr>
      <w:tr w:rsidR="00C80364" w:rsidRPr="007E08A0" w14:paraId="54AC7F0C" w14:textId="77777777">
        <w:trPr>
          <w:jc w:val="center"/>
        </w:trPr>
        <w:tc>
          <w:tcPr>
            <w:tcW w:w="1584" w:type="dxa"/>
            <w:vAlign w:val="center"/>
          </w:tcPr>
          <w:p w14:paraId="001D29AD"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Trung</w:t>
            </w:r>
          </w:p>
        </w:tc>
        <w:tc>
          <w:tcPr>
            <w:tcW w:w="3168" w:type="dxa"/>
            <w:vAlign w:val="center"/>
          </w:tcPr>
          <w:p w14:paraId="79D484F2"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Trung giao tiếp; HSK/HSKK; tiếng Trung thương mại, học tập và nghề nghiệp.</w:t>
            </w:r>
          </w:p>
        </w:tc>
        <w:tc>
          <w:tcPr>
            <w:tcW w:w="4464" w:type="dxa"/>
            <w:vAlign w:val="center"/>
          </w:tcPr>
          <w:p w14:paraId="68FD3378"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Phát triển phát âm, thanh điệu, chữ Hán, giao tiếp, đọc hiểu và viết theo mục tiêu chứng chỉ hoặc sử dụng thực tế.</w:t>
            </w:r>
          </w:p>
        </w:tc>
      </w:tr>
      <w:tr w:rsidR="00C80364" w:rsidRPr="007E08A0" w14:paraId="3DE3FAAB" w14:textId="77777777">
        <w:trPr>
          <w:jc w:val="center"/>
        </w:trPr>
        <w:tc>
          <w:tcPr>
            <w:tcW w:w="1584" w:type="dxa"/>
            <w:vAlign w:val="center"/>
          </w:tcPr>
          <w:p w14:paraId="7892E43F"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Kỹ năng mềm bổ trợ</w:t>
            </w:r>
          </w:p>
        </w:tc>
        <w:tc>
          <w:tcPr>
            <w:tcW w:w="3168" w:type="dxa"/>
            <w:vAlign w:val="center"/>
          </w:tcPr>
          <w:p w14:paraId="364B2C83"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Kỹ năng hội nhập, phỏng vấn, thuyết trình, tư duy phản biện, kỹ năng học tập quốc tế.</w:t>
            </w:r>
          </w:p>
        </w:tc>
        <w:tc>
          <w:tcPr>
            <w:tcW w:w="4464" w:type="dxa"/>
            <w:vAlign w:val="center"/>
          </w:tcPr>
          <w:p w14:paraId="7CF77F85"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Bổ trợ năng lực ngôn ngữ bằng năng lực ứng dụng, giao tiếp liên văn hóa và chuẩn bị cho học tập/làm việc quốc tế.</w:t>
            </w:r>
          </w:p>
        </w:tc>
      </w:tr>
    </w:tbl>
    <w:p w14:paraId="6E143494" w14:textId="77777777" w:rsidR="00C80364" w:rsidRPr="007E08A0" w:rsidRDefault="00C80364" w:rsidP="007E08A0">
      <w:pPr>
        <w:spacing w:after="0" w:line="360" w:lineRule="auto"/>
        <w:jc w:val="both"/>
        <w:rPr>
          <w:rFonts w:cs="Times New Roman"/>
          <w:szCs w:val="26"/>
        </w:rPr>
      </w:pPr>
    </w:p>
    <w:p w14:paraId="18321664" w14:textId="77777777" w:rsidR="00C80364" w:rsidRPr="007E08A0" w:rsidRDefault="00000000" w:rsidP="007E08A0">
      <w:pPr>
        <w:spacing w:after="0" w:line="360" w:lineRule="auto"/>
        <w:jc w:val="both"/>
        <w:rPr>
          <w:rFonts w:cs="Times New Roman"/>
          <w:b/>
          <w:color w:val="0070C0"/>
          <w:szCs w:val="26"/>
        </w:rPr>
      </w:pPr>
      <w:r w:rsidRPr="007E08A0">
        <w:rPr>
          <w:rFonts w:cs="Times New Roman"/>
          <w:b/>
          <w:color w:val="0070C0"/>
          <w:szCs w:val="26"/>
        </w:rPr>
        <w:lastRenderedPageBreak/>
        <w:t>V. Cam kết về tư cách pháp lý và minh bạch thông tin</w:t>
      </w:r>
    </w:p>
    <w:p w14:paraId="5491C149" w14:textId="7BD10A80"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Sử</w:t>
      </w:r>
      <w:proofErr w:type="spellEnd"/>
      <w:r w:rsidRPr="007E08A0">
        <w:rPr>
          <w:rFonts w:cs="Times New Roman"/>
          <w:szCs w:val="26"/>
        </w:rPr>
        <w:t xml:space="preserve"> </w:t>
      </w:r>
      <w:proofErr w:type="spellStart"/>
      <w:r w:rsidRPr="007E08A0">
        <w:rPr>
          <w:rFonts w:cs="Times New Roman"/>
          <w:szCs w:val="26"/>
        </w:rPr>
        <w:t>dụng</w:t>
      </w:r>
      <w:proofErr w:type="spellEnd"/>
      <w:r w:rsidRPr="007E08A0">
        <w:rPr>
          <w:rFonts w:cs="Times New Roman"/>
          <w:szCs w:val="26"/>
        </w:rPr>
        <w:t xml:space="preserve"> </w:t>
      </w:r>
      <w:proofErr w:type="spellStart"/>
      <w:r w:rsidRPr="007E08A0">
        <w:rPr>
          <w:rFonts w:cs="Times New Roman"/>
          <w:szCs w:val="26"/>
        </w:rPr>
        <w:t>đúng</w:t>
      </w:r>
      <w:proofErr w:type="spellEnd"/>
      <w:r w:rsidRPr="007E08A0">
        <w:rPr>
          <w:rFonts w:cs="Times New Roman"/>
          <w:szCs w:val="26"/>
        </w:rPr>
        <w:t xml:space="preserve"> </w:t>
      </w:r>
      <w:proofErr w:type="spellStart"/>
      <w:r w:rsidRPr="007E08A0">
        <w:rPr>
          <w:rFonts w:cs="Times New Roman"/>
          <w:szCs w:val="26"/>
        </w:rPr>
        <w:t>tên</w:t>
      </w:r>
      <w:proofErr w:type="spellEnd"/>
      <w:r w:rsidRPr="007E08A0">
        <w:rPr>
          <w:rFonts w:cs="Times New Roman"/>
          <w:szCs w:val="26"/>
        </w:rPr>
        <w:t xml:space="preserve"> pháp lý của doanh nghiệp, trung tâm và các đơn vị trực thuộc trong hồ sơ, hợp đồng, phiếu thu, thư mời nhập học, thông báo tuyển sinh và các tài liệu có giá trị pháp lý.</w:t>
      </w:r>
    </w:p>
    <w:p w14:paraId="76B0E7E1" w14:textId="3EBC34BA"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Chỉ</w:t>
      </w:r>
      <w:proofErr w:type="spellEnd"/>
      <w:r w:rsidRPr="007E08A0">
        <w:rPr>
          <w:rFonts w:cs="Times New Roman"/>
          <w:szCs w:val="26"/>
        </w:rPr>
        <w:t xml:space="preserve"> </w:t>
      </w:r>
      <w:proofErr w:type="spellStart"/>
      <w:r w:rsidRPr="007E08A0">
        <w:rPr>
          <w:rFonts w:cs="Times New Roman"/>
          <w:szCs w:val="26"/>
        </w:rPr>
        <w:t>sử</w:t>
      </w:r>
      <w:proofErr w:type="spellEnd"/>
      <w:r w:rsidRPr="007E08A0">
        <w:rPr>
          <w:rFonts w:cs="Times New Roman"/>
          <w:szCs w:val="26"/>
        </w:rPr>
        <w:t xml:space="preserve"> </w:t>
      </w:r>
      <w:proofErr w:type="spellStart"/>
      <w:r w:rsidRPr="007E08A0">
        <w:rPr>
          <w:rFonts w:cs="Times New Roman"/>
          <w:szCs w:val="26"/>
        </w:rPr>
        <w:t>dụng</w:t>
      </w:r>
      <w:proofErr w:type="spellEnd"/>
      <w:r w:rsidRPr="007E08A0">
        <w:rPr>
          <w:rFonts w:cs="Times New Roman"/>
          <w:szCs w:val="26"/>
        </w:rPr>
        <w:t xml:space="preserve"> </w:t>
      </w:r>
      <w:proofErr w:type="spellStart"/>
      <w:r w:rsidRPr="007E08A0">
        <w:rPr>
          <w:rFonts w:cs="Times New Roman"/>
          <w:szCs w:val="26"/>
        </w:rPr>
        <w:t>tên</w:t>
      </w:r>
      <w:proofErr w:type="spellEnd"/>
      <w:r w:rsidRPr="007E08A0">
        <w:rPr>
          <w:rFonts w:cs="Times New Roman"/>
          <w:szCs w:val="26"/>
        </w:rPr>
        <w:t xml:space="preserve"> “IELTS 9.0 Việt Nam” hoặc “Hệ sinh thái đào tạo đa ngôn ngữ quốc tế IELTS 9.0 Việt Nam” với tư cách là tên thương mại, định vị truyền thông hoặc mô hình hệ sinh thái đào tạo.</w:t>
      </w:r>
    </w:p>
    <w:p w14:paraId="7BBCA52F" w14:textId="02F1490E"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Không</w:t>
      </w:r>
      <w:proofErr w:type="spellEnd"/>
      <w:r w:rsidRPr="007E08A0">
        <w:rPr>
          <w:rFonts w:cs="Times New Roman"/>
          <w:szCs w:val="26"/>
        </w:rPr>
        <w:t xml:space="preserve"> </w:t>
      </w:r>
      <w:proofErr w:type="spellStart"/>
      <w:r w:rsidRPr="007E08A0">
        <w:rPr>
          <w:rFonts w:cs="Times New Roman"/>
          <w:szCs w:val="26"/>
        </w:rPr>
        <w:t>sử</w:t>
      </w:r>
      <w:proofErr w:type="spellEnd"/>
      <w:r w:rsidRPr="007E08A0">
        <w:rPr>
          <w:rFonts w:cs="Times New Roman"/>
          <w:szCs w:val="26"/>
        </w:rPr>
        <w:t xml:space="preserve"> </w:t>
      </w:r>
      <w:proofErr w:type="spellStart"/>
      <w:r w:rsidRPr="007E08A0">
        <w:rPr>
          <w:rFonts w:cs="Times New Roman"/>
          <w:szCs w:val="26"/>
        </w:rPr>
        <w:t>dụng</w:t>
      </w:r>
      <w:proofErr w:type="spellEnd"/>
      <w:r w:rsidRPr="007E08A0">
        <w:rPr>
          <w:rFonts w:cs="Times New Roman"/>
          <w:szCs w:val="26"/>
        </w:rPr>
        <w:t xml:space="preserve"> </w:t>
      </w:r>
      <w:proofErr w:type="spellStart"/>
      <w:r w:rsidRPr="007E08A0">
        <w:rPr>
          <w:rFonts w:cs="Times New Roman"/>
          <w:szCs w:val="26"/>
        </w:rPr>
        <w:t>các</w:t>
      </w:r>
      <w:proofErr w:type="spellEnd"/>
      <w:r w:rsidRPr="007E08A0">
        <w:rPr>
          <w:rFonts w:cs="Times New Roman"/>
          <w:szCs w:val="26"/>
        </w:rPr>
        <w:t xml:space="preserve"> cụm từ có thể gây hiểu nhầm như “đã được kiểm định chất lượng giáo dục”, “được Bộ/Sở GD&amp;ĐT công nhận chất lượng” nếu chưa có văn bản chứng nhận hợp pháp tương ứng.</w:t>
      </w:r>
    </w:p>
    <w:p w14:paraId="0F1A056C" w14:textId="0BE82A11"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Công</w:t>
      </w:r>
      <w:proofErr w:type="spellEnd"/>
      <w:r w:rsidRPr="007E08A0">
        <w:rPr>
          <w:rFonts w:cs="Times New Roman"/>
          <w:szCs w:val="26"/>
        </w:rPr>
        <w:t xml:space="preserve"> </w:t>
      </w:r>
      <w:proofErr w:type="spellStart"/>
      <w:r w:rsidRPr="007E08A0">
        <w:rPr>
          <w:rFonts w:cs="Times New Roman"/>
          <w:szCs w:val="26"/>
        </w:rPr>
        <w:t>khai</w:t>
      </w:r>
      <w:proofErr w:type="spellEnd"/>
      <w:r w:rsidRPr="007E08A0">
        <w:rPr>
          <w:rFonts w:cs="Times New Roman"/>
          <w:szCs w:val="26"/>
        </w:rPr>
        <w:t xml:space="preserve"> </w:t>
      </w:r>
      <w:proofErr w:type="spellStart"/>
      <w:r w:rsidRPr="007E08A0">
        <w:rPr>
          <w:rFonts w:cs="Times New Roman"/>
          <w:szCs w:val="26"/>
        </w:rPr>
        <w:t>thông</w:t>
      </w:r>
      <w:proofErr w:type="spellEnd"/>
      <w:r w:rsidRPr="007E08A0">
        <w:rPr>
          <w:rFonts w:cs="Times New Roman"/>
          <w:szCs w:val="26"/>
        </w:rPr>
        <w:t xml:space="preserve"> tin chương trình, học phí, thời lượng, hình thức học, điều kiện học tập, chuẩn đầu ra dự kiến và điều kiện áp dụng cam kết đầu ra trước khi học viên đăng ký.</w:t>
      </w:r>
    </w:p>
    <w:p w14:paraId="744EB1C2" w14:textId="4A5769B3"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Thực</w:t>
      </w:r>
      <w:proofErr w:type="spellEnd"/>
      <w:r w:rsidRPr="007E08A0">
        <w:rPr>
          <w:rFonts w:cs="Times New Roman"/>
          <w:szCs w:val="26"/>
        </w:rPr>
        <w:t xml:space="preserve"> </w:t>
      </w:r>
      <w:proofErr w:type="spellStart"/>
      <w:r w:rsidRPr="007E08A0">
        <w:rPr>
          <w:rFonts w:cs="Times New Roman"/>
          <w:szCs w:val="26"/>
        </w:rPr>
        <w:t>hiện</w:t>
      </w:r>
      <w:proofErr w:type="spellEnd"/>
      <w:r w:rsidRPr="007E08A0">
        <w:rPr>
          <w:rFonts w:cs="Times New Roman"/>
          <w:szCs w:val="26"/>
        </w:rPr>
        <w:t xml:space="preserve"> </w:t>
      </w:r>
      <w:proofErr w:type="spellStart"/>
      <w:r w:rsidRPr="007E08A0">
        <w:rPr>
          <w:rFonts w:cs="Times New Roman"/>
          <w:szCs w:val="26"/>
        </w:rPr>
        <w:t>truyền</w:t>
      </w:r>
      <w:proofErr w:type="spellEnd"/>
      <w:r w:rsidRPr="007E08A0">
        <w:rPr>
          <w:rFonts w:cs="Times New Roman"/>
          <w:szCs w:val="26"/>
        </w:rPr>
        <w:t xml:space="preserve"> </w:t>
      </w:r>
      <w:proofErr w:type="spellStart"/>
      <w:r w:rsidRPr="007E08A0">
        <w:rPr>
          <w:rFonts w:cs="Times New Roman"/>
          <w:szCs w:val="26"/>
        </w:rPr>
        <w:t>thông</w:t>
      </w:r>
      <w:proofErr w:type="spellEnd"/>
      <w:r w:rsidRPr="007E08A0">
        <w:rPr>
          <w:rFonts w:cs="Times New Roman"/>
          <w:szCs w:val="26"/>
        </w:rPr>
        <w:t xml:space="preserve"> trung thực, rõ ràng, không gây nhầm lẫn về pháp nhân, giấy phép, chất lượng đào tạo, kết quả đầu ra hoặc phạm vi cam kết.</w:t>
      </w:r>
    </w:p>
    <w:p w14:paraId="0A066228" w14:textId="77777777" w:rsidR="00C80364" w:rsidRPr="007E08A0" w:rsidRDefault="00000000" w:rsidP="007E08A0">
      <w:pPr>
        <w:spacing w:after="0" w:line="360" w:lineRule="auto"/>
        <w:jc w:val="both"/>
        <w:rPr>
          <w:rFonts w:cs="Times New Roman"/>
          <w:color w:val="0070C0"/>
          <w:szCs w:val="26"/>
        </w:rPr>
      </w:pPr>
      <w:r w:rsidRPr="007E08A0">
        <w:rPr>
          <w:rFonts w:cs="Times New Roman"/>
          <w:b/>
          <w:color w:val="0070C0"/>
          <w:szCs w:val="26"/>
        </w:rPr>
        <w:t>VI. Cam kết về chương trình đào tạo</w:t>
      </w:r>
    </w:p>
    <w:p w14:paraId="31F0439E"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Trung tâm Ngoại ngữ IELTSNINER Review cam kết xây dựng và triển khai chương trình đào tạo theo định hướng đa ngôn ngữ, trong đó mỗi ngoại ngữ có mục tiêu, giáo trình, hệ thống kiểm tra và chuẩn đầu ra phù hợp với đặc thù riêng.</w:t>
      </w:r>
    </w:p>
    <w:p w14:paraId="695EC8E1" w14:textId="1C1D6E1D"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Chương</w:t>
      </w:r>
      <w:proofErr w:type="spellEnd"/>
      <w:r w:rsidRPr="007E08A0">
        <w:rPr>
          <w:rFonts w:cs="Times New Roman"/>
          <w:szCs w:val="26"/>
        </w:rPr>
        <w:t xml:space="preserve"> </w:t>
      </w:r>
      <w:proofErr w:type="spellStart"/>
      <w:r w:rsidRPr="007E08A0">
        <w:rPr>
          <w:rFonts w:cs="Times New Roman"/>
          <w:szCs w:val="26"/>
        </w:rPr>
        <w:t>trình</w:t>
      </w:r>
      <w:proofErr w:type="spellEnd"/>
      <w:r w:rsidRPr="007E08A0">
        <w:rPr>
          <w:rFonts w:cs="Times New Roman"/>
          <w:szCs w:val="26"/>
        </w:rPr>
        <w:t xml:space="preserve"> </w:t>
      </w:r>
      <w:proofErr w:type="spellStart"/>
      <w:r w:rsidRPr="007E08A0">
        <w:rPr>
          <w:rFonts w:cs="Times New Roman"/>
          <w:szCs w:val="26"/>
        </w:rPr>
        <w:t>có</w:t>
      </w:r>
      <w:proofErr w:type="spellEnd"/>
      <w:r w:rsidRPr="007E08A0">
        <w:rPr>
          <w:rFonts w:cs="Times New Roman"/>
          <w:szCs w:val="26"/>
        </w:rPr>
        <w:t xml:space="preserve"> </w:t>
      </w:r>
      <w:proofErr w:type="spellStart"/>
      <w:r w:rsidRPr="007E08A0">
        <w:rPr>
          <w:rFonts w:cs="Times New Roman"/>
          <w:szCs w:val="26"/>
        </w:rPr>
        <w:t>mục</w:t>
      </w:r>
      <w:proofErr w:type="spellEnd"/>
      <w:r w:rsidRPr="007E08A0">
        <w:rPr>
          <w:rFonts w:cs="Times New Roman"/>
          <w:szCs w:val="26"/>
        </w:rPr>
        <w:t xml:space="preserve"> tiêu rõ ràng, phù hợp với từng nhóm học viên, từng độ tuổi, từng trình độ đầu vào và từng ngôn ngữ mục tiêu.</w:t>
      </w:r>
    </w:p>
    <w:p w14:paraId="744D60B0" w14:textId="597A2630"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Lộ</w:t>
      </w:r>
      <w:proofErr w:type="spellEnd"/>
      <w:r w:rsidRPr="007E08A0">
        <w:rPr>
          <w:rFonts w:cs="Times New Roman"/>
          <w:szCs w:val="26"/>
        </w:rPr>
        <w:t xml:space="preserve"> </w:t>
      </w:r>
      <w:proofErr w:type="spellStart"/>
      <w:r w:rsidRPr="007E08A0">
        <w:rPr>
          <w:rFonts w:cs="Times New Roman"/>
          <w:szCs w:val="26"/>
        </w:rPr>
        <w:t>trình</w:t>
      </w:r>
      <w:proofErr w:type="spellEnd"/>
      <w:r w:rsidRPr="007E08A0">
        <w:rPr>
          <w:rFonts w:cs="Times New Roman"/>
          <w:szCs w:val="26"/>
        </w:rPr>
        <w:t xml:space="preserve"> </w:t>
      </w:r>
      <w:proofErr w:type="spellStart"/>
      <w:r w:rsidRPr="007E08A0">
        <w:rPr>
          <w:rFonts w:cs="Times New Roman"/>
          <w:szCs w:val="26"/>
        </w:rPr>
        <w:t>học</w:t>
      </w:r>
      <w:proofErr w:type="spellEnd"/>
      <w:r w:rsidRPr="007E08A0">
        <w:rPr>
          <w:rFonts w:cs="Times New Roman"/>
          <w:szCs w:val="26"/>
        </w:rPr>
        <w:t xml:space="preserve"> </w:t>
      </w:r>
      <w:proofErr w:type="spellStart"/>
      <w:r w:rsidRPr="007E08A0">
        <w:rPr>
          <w:rFonts w:cs="Times New Roman"/>
          <w:szCs w:val="26"/>
        </w:rPr>
        <w:t>được</w:t>
      </w:r>
      <w:proofErr w:type="spellEnd"/>
      <w:r w:rsidRPr="007E08A0">
        <w:rPr>
          <w:rFonts w:cs="Times New Roman"/>
          <w:szCs w:val="26"/>
        </w:rPr>
        <w:t xml:space="preserve"> thiết kế dựa trên kết quả kiểm tra đầu vào, mục tiêu đầu ra, thời gian học, khả năng tiếp thu và điều kiện học tập thực tế của học viên.</w:t>
      </w:r>
    </w:p>
    <w:p w14:paraId="578330EE" w14:textId="374A242F"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Nội</w:t>
      </w:r>
      <w:proofErr w:type="spellEnd"/>
      <w:r w:rsidRPr="007E08A0">
        <w:rPr>
          <w:rFonts w:cs="Times New Roman"/>
          <w:szCs w:val="26"/>
        </w:rPr>
        <w:t xml:space="preserve"> dung </w:t>
      </w:r>
      <w:proofErr w:type="spellStart"/>
      <w:r w:rsidRPr="007E08A0">
        <w:rPr>
          <w:rFonts w:cs="Times New Roman"/>
          <w:szCs w:val="26"/>
        </w:rPr>
        <w:t>học</w:t>
      </w:r>
      <w:proofErr w:type="spellEnd"/>
      <w:r w:rsidRPr="007E08A0">
        <w:rPr>
          <w:rFonts w:cs="Times New Roman"/>
          <w:szCs w:val="26"/>
        </w:rPr>
        <w:t xml:space="preserve"> </w:t>
      </w:r>
      <w:proofErr w:type="spellStart"/>
      <w:r w:rsidRPr="007E08A0">
        <w:rPr>
          <w:rFonts w:cs="Times New Roman"/>
          <w:szCs w:val="26"/>
        </w:rPr>
        <w:t>tập</w:t>
      </w:r>
      <w:proofErr w:type="spellEnd"/>
      <w:r w:rsidRPr="007E08A0">
        <w:rPr>
          <w:rFonts w:cs="Times New Roman"/>
          <w:szCs w:val="26"/>
        </w:rPr>
        <w:t xml:space="preserve"> kết hợp giữa kiến thức nền tảng, thực hành kỹ năng, sửa lỗi cá nhân, luyện phản xạ và đánh giá định kỳ.</w:t>
      </w:r>
    </w:p>
    <w:p w14:paraId="5EF8F100" w14:textId="6825AE01"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Tài</w:t>
      </w:r>
      <w:proofErr w:type="spellEnd"/>
      <w:r w:rsidRPr="007E08A0">
        <w:rPr>
          <w:rFonts w:cs="Times New Roman"/>
          <w:szCs w:val="26"/>
        </w:rPr>
        <w:t xml:space="preserve"> </w:t>
      </w:r>
      <w:proofErr w:type="spellStart"/>
      <w:r w:rsidRPr="007E08A0">
        <w:rPr>
          <w:rFonts w:cs="Times New Roman"/>
          <w:szCs w:val="26"/>
        </w:rPr>
        <w:t>liệu</w:t>
      </w:r>
      <w:proofErr w:type="spellEnd"/>
      <w:r w:rsidRPr="007E08A0">
        <w:rPr>
          <w:rFonts w:cs="Times New Roman"/>
          <w:szCs w:val="26"/>
        </w:rPr>
        <w:t xml:space="preserve"> </w:t>
      </w:r>
      <w:proofErr w:type="spellStart"/>
      <w:r w:rsidRPr="007E08A0">
        <w:rPr>
          <w:rFonts w:cs="Times New Roman"/>
          <w:szCs w:val="26"/>
        </w:rPr>
        <w:t>học</w:t>
      </w:r>
      <w:proofErr w:type="spellEnd"/>
      <w:r w:rsidRPr="007E08A0">
        <w:rPr>
          <w:rFonts w:cs="Times New Roman"/>
          <w:szCs w:val="26"/>
        </w:rPr>
        <w:t xml:space="preserve"> </w:t>
      </w:r>
      <w:proofErr w:type="spellStart"/>
      <w:r w:rsidRPr="007E08A0">
        <w:rPr>
          <w:rFonts w:cs="Times New Roman"/>
          <w:szCs w:val="26"/>
        </w:rPr>
        <w:t>tập</w:t>
      </w:r>
      <w:proofErr w:type="spellEnd"/>
      <w:r w:rsidRPr="007E08A0">
        <w:rPr>
          <w:rFonts w:cs="Times New Roman"/>
          <w:szCs w:val="26"/>
        </w:rPr>
        <w:t>, bài giảng, bài tập, ngân hàng đề và hình thức kiểm tra được lựa chọn phù hợp với mục tiêu của từng chương trình: IELTS/CEFR, A1-C1, JLPT, TOPIK, HSK/HSKK hoặc mục tiêu giao tiếp - học tập - nghề nghiệp.</w:t>
      </w:r>
    </w:p>
    <w:p w14:paraId="0F428557" w14:textId="487F9C0B"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Các</w:t>
      </w:r>
      <w:proofErr w:type="spellEnd"/>
      <w:r w:rsidRPr="007E08A0">
        <w:rPr>
          <w:rFonts w:cs="Times New Roman"/>
          <w:szCs w:val="26"/>
        </w:rPr>
        <w:t xml:space="preserve"> </w:t>
      </w:r>
      <w:proofErr w:type="spellStart"/>
      <w:r w:rsidRPr="007E08A0">
        <w:rPr>
          <w:rFonts w:cs="Times New Roman"/>
          <w:szCs w:val="26"/>
        </w:rPr>
        <w:t>khóa</w:t>
      </w:r>
      <w:proofErr w:type="spellEnd"/>
      <w:r w:rsidRPr="007E08A0">
        <w:rPr>
          <w:rFonts w:cs="Times New Roman"/>
          <w:szCs w:val="26"/>
        </w:rPr>
        <w:t xml:space="preserve"> </w:t>
      </w:r>
      <w:proofErr w:type="spellStart"/>
      <w:r w:rsidRPr="007E08A0">
        <w:rPr>
          <w:rFonts w:cs="Times New Roman"/>
          <w:szCs w:val="26"/>
        </w:rPr>
        <w:t>học</w:t>
      </w:r>
      <w:proofErr w:type="spellEnd"/>
      <w:r w:rsidRPr="007E08A0">
        <w:rPr>
          <w:rFonts w:cs="Times New Roman"/>
          <w:szCs w:val="26"/>
        </w:rPr>
        <w:t xml:space="preserve"> </w:t>
      </w:r>
      <w:proofErr w:type="spellStart"/>
      <w:r w:rsidRPr="007E08A0">
        <w:rPr>
          <w:rFonts w:cs="Times New Roman"/>
          <w:szCs w:val="26"/>
        </w:rPr>
        <w:t>được</w:t>
      </w:r>
      <w:proofErr w:type="spellEnd"/>
      <w:r w:rsidRPr="007E08A0">
        <w:rPr>
          <w:rFonts w:cs="Times New Roman"/>
          <w:szCs w:val="26"/>
        </w:rPr>
        <w:t xml:space="preserve"> rà soát, cập nhật và điều chỉnh theo thực tế giảng dạy, phản hồi học viên, yêu cầu đầu ra và thay đổi của hệ thống chứng chỉ quốc tế có liên quan.</w:t>
      </w:r>
    </w:p>
    <w:p w14:paraId="06020325" w14:textId="1A91DA79"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lastRenderedPageBreak/>
        <w:t>Đối</w:t>
      </w:r>
      <w:proofErr w:type="spellEnd"/>
      <w:r w:rsidRPr="007E08A0">
        <w:rPr>
          <w:rFonts w:cs="Times New Roman"/>
          <w:szCs w:val="26"/>
        </w:rPr>
        <w:t xml:space="preserve"> </w:t>
      </w:r>
      <w:proofErr w:type="spellStart"/>
      <w:r w:rsidRPr="007E08A0">
        <w:rPr>
          <w:rFonts w:cs="Times New Roman"/>
          <w:szCs w:val="26"/>
        </w:rPr>
        <w:t>với</w:t>
      </w:r>
      <w:proofErr w:type="spellEnd"/>
      <w:r w:rsidRPr="007E08A0">
        <w:rPr>
          <w:rFonts w:cs="Times New Roman"/>
          <w:szCs w:val="26"/>
        </w:rPr>
        <w:t xml:space="preserve"> </w:t>
      </w:r>
      <w:proofErr w:type="spellStart"/>
      <w:r w:rsidRPr="007E08A0">
        <w:rPr>
          <w:rFonts w:cs="Times New Roman"/>
          <w:szCs w:val="26"/>
        </w:rPr>
        <w:t>chương</w:t>
      </w:r>
      <w:proofErr w:type="spellEnd"/>
      <w:r w:rsidRPr="007E08A0">
        <w:rPr>
          <w:rFonts w:cs="Times New Roman"/>
          <w:szCs w:val="26"/>
        </w:rPr>
        <w:t xml:space="preserve"> </w:t>
      </w:r>
      <w:proofErr w:type="spellStart"/>
      <w:r w:rsidRPr="007E08A0">
        <w:rPr>
          <w:rFonts w:cs="Times New Roman"/>
          <w:szCs w:val="26"/>
        </w:rPr>
        <w:t>trình</w:t>
      </w:r>
      <w:proofErr w:type="spellEnd"/>
      <w:r w:rsidRPr="007E08A0">
        <w:rPr>
          <w:rFonts w:cs="Times New Roman"/>
          <w:szCs w:val="26"/>
        </w:rPr>
        <w:t xml:space="preserve"> tiếng Anh/IELTS, chương trình tập trung vào bốn kỹ năng Nghe - Nói - Đọc - Viết, từ vựng, ngữ pháp, phát âm, cấu trúc đề thi và chiến lược làm bài.</w:t>
      </w:r>
    </w:p>
    <w:p w14:paraId="163F602F" w14:textId="39370111" w:rsidR="00C80364" w:rsidRPr="007E08A0" w:rsidRDefault="00000000" w:rsidP="007E08A0">
      <w:pPr>
        <w:spacing w:after="0" w:line="360" w:lineRule="auto"/>
        <w:ind w:firstLine="720"/>
        <w:jc w:val="both"/>
        <w:rPr>
          <w:rFonts w:cs="Times New Roman"/>
          <w:szCs w:val="26"/>
        </w:rPr>
      </w:pPr>
      <w:proofErr w:type="spellStart"/>
      <w:r w:rsidRPr="007E08A0">
        <w:rPr>
          <w:rFonts w:cs="Times New Roman"/>
          <w:szCs w:val="26"/>
        </w:rPr>
        <w:t>Đối</w:t>
      </w:r>
      <w:proofErr w:type="spellEnd"/>
      <w:r w:rsidRPr="007E08A0">
        <w:rPr>
          <w:rFonts w:cs="Times New Roman"/>
          <w:szCs w:val="26"/>
        </w:rPr>
        <w:t xml:space="preserve"> </w:t>
      </w:r>
      <w:proofErr w:type="spellStart"/>
      <w:r w:rsidRPr="007E08A0">
        <w:rPr>
          <w:rFonts w:cs="Times New Roman"/>
          <w:szCs w:val="26"/>
        </w:rPr>
        <w:t>với</w:t>
      </w:r>
      <w:proofErr w:type="spellEnd"/>
      <w:r w:rsidRPr="007E08A0">
        <w:rPr>
          <w:rFonts w:cs="Times New Roman"/>
          <w:szCs w:val="26"/>
        </w:rPr>
        <w:t xml:space="preserve"> </w:t>
      </w:r>
      <w:proofErr w:type="spellStart"/>
      <w:r w:rsidRPr="007E08A0">
        <w:rPr>
          <w:rFonts w:cs="Times New Roman"/>
          <w:szCs w:val="26"/>
        </w:rPr>
        <w:t>các</w:t>
      </w:r>
      <w:proofErr w:type="spellEnd"/>
      <w:r w:rsidRPr="007E08A0">
        <w:rPr>
          <w:rFonts w:cs="Times New Roman"/>
          <w:szCs w:val="26"/>
        </w:rPr>
        <w:t xml:space="preserve"> </w:t>
      </w:r>
      <w:proofErr w:type="spellStart"/>
      <w:r w:rsidRPr="007E08A0">
        <w:rPr>
          <w:rFonts w:cs="Times New Roman"/>
          <w:szCs w:val="26"/>
        </w:rPr>
        <w:t>chương</w:t>
      </w:r>
      <w:proofErr w:type="spellEnd"/>
      <w:r w:rsidRPr="007E08A0">
        <w:rPr>
          <w:rFonts w:cs="Times New Roman"/>
          <w:szCs w:val="26"/>
        </w:rPr>
        <w:t xml:space="preserve"> trình tiếng Đức, tiếng Nhật, tiếng Hàn và tiếng Trung, chương trình được thiết kế theo đặc thù ngữ âm, hệ chữ, cấu trúc ngữ pháp, văn hóa giao tiếp và mục tiêu chứng chỉ/quốc gia đến của từng nhóm học viên.</w:t>
      </w:r>
    </w:p>
    <w:p w14:paraId="1859B854" w14:textId="77777777" w:rsidR="00C80364" w:rsidRPr="007E08A0" w:rsidRDefault="00000000" w:rsidP="007E08A0">
      <w:pPr>
        <w:spacing w:after="0" w:line="360" w:lineRule="auto"/>
        <w:jc w:val="both"/>
        <w:rPr>
          <w:rFonts w:cs="Times New Roman"/>
          <w:color w:val="0070C0"/>
          <w:szCs w:val="26"/>
        </w:rPr>
      </w:pPr>
      <w:r w:rsidRPr="007E08A0">
        <w:rPr>
          <w:rFonts w:cs="Times New Roman"/>
          <w:b/>
          <w:color w:val="0070C0"/>
          <w:szCs w:val="26"/>
        </w:rPr>
        <w:t>VII. Cam kết về phương pháp đào tạo đa ngôn ngữ</w:t>
      </w:r>
    </w:p>
    <w:p w14:paraId="45012C68"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Trung tâm áp dụng phương pháp đào tạo theo hướng kết hợp giữa lý thuyết, thực hành cá nhân hóa và quản lý tiến độ học tập. Mô hình được triển khai linh hoạt cho 05 ngoại ngữ, không giới hạn ở tiếng Anh/IELTS, nhằm giúp học viên chuyển từ “học ngoại ngữ như một môn học” sang “sử dụng ngoại ngữ như một công cụ học tập, làm việc và hội nhập”.</w:t>
      </w:r>
    </w:p>
    <w:p w14:paraId="59116CF8" w14:textId="77777777" w:rsidR="00C80364" w:rsidRPr="007E08A0" w:rsidRDefault="00000000" w:rsidP="007E08A0">
      <w:pPr>
        <w:spacing w:after="0" w:line="360" w:lineRule="auto"/>
        <w:jc w:val="both"/>
        <w:rPr>
          <w:rFonts w:cs="Times New Roman"/>
          <w:i/>
          <w:iCs/>
          <w:color w:val="C00000"/>
          <w:szCs w:val="26"/>
        </w:rPr>
      </w:pPr>
      <w:r w:rsidRPr="007E08A0">
        <w:rPr>
          <w:rFonts w:cs="Times New Roman"/>
          <w:b/>
          <w:i/>
          <w:iCs/>
          <w:color w:val="C00000"/>
          <w:szCs w:val="26"/>
        </w:rPr>
        <w:t>1. Môi trường ngôn ngữ mục tiêu - “Target Language First”</w:t>
      </w:r>
    </w:p>
    <w:p w14:paraId="0C8E421C"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Tùy theo chương trình, lớp học tăng cường sử dụng ngôn ngữ mục tiêu: tiếng Anh, tiếng Đức, tiếng Nhật, tiếng Hàn hoặc tiếng Trung. Mục tiêu là hình thành phản xạ nghe - nói - đọc - viết, giảm phụ thuộc vào dịch ngược và tăng khả năng sử dụng ngôn ngữ trong tình huống thực tế.</w:t>
      </w:r>
    </w:p>
    <w:p w14:paraId="488AE1BF" w14:textId="77777777" w:rsidR="00C80364" w:rsidRPr="007E08A0" w:rsidRDefault="00000000" w:rsidP="007E08A0">
      <w:pPr>
        <w:spacing w:after="0" w:line="360" w:lineRule="auto"/>
        <w:jc w:val="both"/>
        <w:rPr>
          <w:rFonts w:cs="Times New Roman"/>
          <w:i/>
          <w:iCs/>
          <w:color w:val="C00000"/>
          <w:szCs w:val="26"/>
        </w:rPr>
      </w:pPr>
      <w:r w:rsidRPr="007E08A0">
        <w:rPr>
          <w:rFonts w:cs="Times New Roman"/>
          <w:b/>
          <w:i/>
          <w:iCs/>
          <w:color w:val="C00000"/>
          <w:szCs w:val="26"/>
        </w:rPr>
        <w:t>2. Cá nhân hóa lộ trình học - “Goal-Based Personalization”</w:t>
      </w:r>
    </w:p>
    <w:p w14:paraId="1303315C"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Mỗi học viên được định hướng lộ trình theo trình độ đầu vào và mục tiêu đầu ra: IELTS/CEFR đối với tiếng Anh; A1-B2/C1 đối với tiếng Đức; JLPT đối với tiếng Nhật; TOPIK đối với tiếng Hàn; HSK/HSKK đối với tiếng Trung; hoặc mục tiêu giao tiếp, du học, nghề nghiệp.</w:t>
      </w:r>
    </w:p>
    <w:p w14:paraId="7C894925" w14:textId="77777777" w:rsidR="00C80364" w:rsidRPr="007E08A0" w:rsidRDefault="00000000" w:rsidP="007E08A0">
      <w:pPr>
        <w:spacing w:after="0" w:line="360" w:lineRule="auto"/>
        <w:jc w:val="both"/>
        <w:rPr>
          <w:rFonts w:cs="Times New Roman"/>
          <w:i/>
          <w:iCs/>
          <w:color w:val="C00000"/>
          <w:szCs w:val="26"/>
        </w:rPr>
      </w:pPr>
      <w:r w:rsidRPr="007E08A0">
        <w:rPr>
          <w:rFonts w:cs="Times New Roman"/>
          <w:b/>
          <w:i/>
          <w:iCs/>
          <w:color w:val="C00000"/>
          <w:szCs w:val="26"/>
        </w:rPr>
        <w:t>3. Phương pháp 3 trong 1 - “Theory - Practice - Absorption”</w:t>
      </w:r>
    </w:p>
    <w:p w14:paraId="39C80F85"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Lecture cung cấp nền tảng và chiến lược học; Coaching 1:1 hoặc nhóm nhỏ giúp sửa lỗi cá nhân; Managing hỗ trợ ghi nhớ, luyện tập có kiểm soát, nghe chép chính tả, shadowing, luyện phản xạ, luyện từ vựng và hoàn thành nhiệm vụ học tập.</w:t>
      </w:r>
    </w:p>
    <w:p w14:paraId="4B083D8E" w14:textId="77777777" w:rsidR="00C80364" w:rsidRPr="007E08A0" w:rsidRDefault="00000000" w:rsidP="007E08A0">
      <w:pPr>
        <w:spacing w:after="0" w:line="360" w:lineRule="auto"/>
        <w:jc w:val="both"/>
        <w:rPr>
          <w:rFonts w:cs="Times New Roman"/>
          <w:i/>
          <w:iCs/>
          <w:color w:val="C00000"/>
          <w:szCs w:val="26"/>
        </w:rPr>
      </w:pPr>
      <w:r w:rsidRPr="007E08A0">
        <w:rPr>
          <w:rFonts w:cs="Times New Roman"/>
          <w:b/>
          <w:i/>
          <w:iCs/>
          <w:color w:val="C00000"/>
          <w:szCs w:val="26"/>
        </w:rPr>
        <w:t>4. Học đủ thời lượng để đạt năng lực - “Time-for-Mastery”</w:t>
      </w:r>
    </w:p>
    <w:p w14:paraId="162E3B11"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lastRenderedPageBreak/>
        <w:t>Trung tâm khuyến khích học viên duy trì tần suất học đều, đủ giờ và có kiểm soát tiến độ. Nguyên lý trọng tâm là thời lượng học có chất lượng, phản hồi thường xuyên và luyện tập lặp lại để tạo chuyển biến thực chất.</w:t>
      </w:r>
    </w:p>
    <w:p w14:paraId="069CC3C9" w14:textId="77777777" w:rsidR="00C80364" w:rsidRPr="007E08A0" w:rsidRDefault="00000000" w:rsidP="007E08A0">
      <w:pPr>
        <w:spacing w:after="0" w:line="360" w:lineRule="auto"/>
        <w:jc w:val="both"/>
        <w:rPr>
          <w:rFonts w:cs="Times New Roman"/>
          <w:i/>
          <w:iCs/>
          <w:color w:val="C00000"/>
          <w:szCs w:val="26"/>
        </w:rPr>
      </w:pPr>
      <w:r w:rsidRPr="007E08A0">
        <w:rPr>
          <w:rFonts w:cs="Times New Roman"/>
          <w:b/>
          <w:i/>
          <w:iCs/>
          <w:color w:val="C00000"/>
          <w:szCs w:val="26"/>
        </w:rPr>
        <w:t>5. Đội ngũ giảng dạy và cố vấn phù hợp từng ngoại ngữ - “Qualified Mentorship”</w:t>
      </w:r>
    </w:p>
    <w:p w14:paraId="470FA9DF"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Giáo viên, coach và trợ giảng được bố trí theo năng lực chuyên môn, kinh nghiệm giảng dạy, khả năng sửa lỗi và mức độ phù hợp với mục tiêu từng chương trình. Đối với từng ngoại ngữ, trung tâm ưu tiên đội ngũ có năng lực sử dụng ngôn ngữ, hiểu hệ thống chứng chỉ và có khả năng hướng dẫn học viên theo lộ trình.</w:t>
      </w:r>
    </w:p>
    <w:p w14:paraId="3EF49E2A" w14:textId="77777777" w:rsidR="00C80364" w:rsidRPr="007E08A0" w:rsidRDefault="00000000" w:rsidP="007E08A0">
      <w:pPr>
        <w:spacing w:after="0" w:line="360" w:lineRule="auto"/>
        <w:jc w:val="both"/>
        <w:rPr>
          <w:rFonts w:cs="Times New Roman"/>
          <w:i/>
          <w:iCs/>
          <w:color w:val="C00000"/>
          <w:szCs w:val="26"/>
        </w:rPr>
      </w:pPr>
      <w:r w:rsidRPr="007E08A0">
        <w:rPr>
          <w:rFonts w:cs="Times New Roman"/>
          <w:b/>
          <w:i/>
          <w:iCs/>
          <w:color w:val="C00000"/>
          <w:szCs w:val="26"/>
        </w:rPr>
        <w:t>6. Giáo trình định hướng đầu ra - “Outcome-Oriented Curriculum”</w:t>
      </w:r>
    </w:p>
    <w:p w14:paraId="4964760B"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Giáo trình được thiết kế ngược từ mục tiêu đầu ra của từng chương trình. Nội dung có thể tích hợp kỹ năng giao tiếp, phát âm, từ vựng, ngữ pháp, đọc hiểu, viết, phỏng vấn, thuyết trình, giao tiếp liên văn hóa và kỹ năng học tập quốc tế.</w:t>
      </w:r>
    </w:p>
    <w:p w14:paraId="2E115419" w14:textId="77777777" w:rsidR="00C80364" w:rsidRPr="007E08A0" w:rsidRDefault="00000000" w:rsidP="007E08A0">
      <w:pPr>
        <w:spacing w:after="0" w:line="360" w:lineRule="auto"/>
        <w:jc w:val="both"/>
        <w:rPr>
          <w:rFonts w:cs="Times New Roman"/>
          <w:i/>
          <w:iCs/>
          <w:color w:val="C00000"/>
          <w:szCs w:val="26"/>
        </w:rPr>
      </w:pPr>
      <w:r w:rsidRPr="007E08A0">
        <w:rPr>
          <w:rFonts w:cs="Times New Roman"/>
          <w:b/>
          <w:i/>
          <w:iCs/>
          <w:color w:val="C00000"/>
          <w:szCs w:val="26"/>
        </w:rPr>
        <w:t>7. Hệ thống đo lường tiến độ - “Daily &amp; Weekly Tracking”</w:t>
      </w:r>
    </w:p>
    <w:p w14:paraId="69D3FD39"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Trung tâm theo dõi tiến độ học viên theo giờ học, chuyên cần, bài tập, kết quả kiểm tra, mức độ hoàn thành nhiệm vụ và tiến bộ từng kỹ năng. Dữ liệu có thể được quản lý bằng CRM/LMS, phiếu theo dõi học viên hoặc công cụ nội bộ tương ứng.</w:t>
      </w:r>
    </w:p>
    <w:p w14:paraId="04A6721D" w14:textId="77777777" w:rsidR="00C80364" w:rsidRPr="007E08A0" w:rsidRDefault="00000000" w:rsidP="007E08A0">
      <w:pPr>
        <w:spacing w:after="0" w:line="360" w:lineRule="auto"/>
        <w:jc w:val="both"/>
        <w:rPr>
          <w:rFonts w:cs="Times New Roman"/>
          <w:i/>
          <w:iCs/>
          <w:color w:val="C00000"/>
          <w:szCs w:val="26"/>
        </w:rPr>
      </w:pPr>
      <w:r w:rsidRPr="007E08A0">
        <w:rPr>
          <w:rFonts w:cs="Times New Roman"/>
          <w:b/>
          <w:i/>
          <w:iCs/>
          <w:color w:val="C00000"/>
          <w:szCs w:val="26"/>
        </w:rPr>
        <w:t>8. Tần suất học linh hoạt - “Consistent &amp; Accessible Learning”</w:t>
      </w:r>
    </w:p>
    <w:p w14:paraId="0074866D" w14:textId="77777777" w:rsidR="00C80364" w:rsidRPr="007E08A0" w:rsidRDefault="00000000" w:rsidP="007E08A0">
      <w:pPr>
        <w:spacing w:after="0" w:line="360" w:lineRule="auto"/>
        <w:ind w:firstLine="720"/>
        <w:jc w:val="both"/>
        <w:rPr>
          <w:rFonts w:cs="Times New Roman"/>
          <w:szCs w:val="26"/>
        </w:rPr>
      </w:pPr>
      <w:r w:rsidRPr="007E08A0">
        <w:rPr>
          <w:rFonts w:cs="Times New Roman"/>
          <w:szCs w:val="26"/>
        </w:rPr>
        <w:t>Học viên có thể tham gia học trực tiếp, trực tuyến hoặc kết hợp tùy theo chương trình. Trung tâm khuyến khích học viên biến việc học ngoại ngữ thành thói quen thường xuyên thông qua lớp học, bài tập, audio/podcast, ứng dụng học tập và thực hành ngoài giờ.</w:t>
      </w:r>
    </w:p>
    <w:p w14:paraId="1155A671"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Phương pháp “Bút đen - Bút đỏ” được áp dụng linh hoạt theo đặc thù từng ngoại ngữ. Với tiếng Anh và tiếng Đức, trọng tâm là ghi nhớ từ vựng, cấu trúc câu, nghe - chép chính tả và sửa lỗi diễn đạt. Với tiếng Nhật, tiếng Hàn và tiếng Trung, phương pháp được điều chỉnh để phù hợp với hệ chữ, phát âm, thanh điệu, Kanji/Hán tự/Hangeul và kỹ năng đọc - viết đặc thù.</w:t>
      </w:r>
    </w:p>
    <w:p w14:paraId="1DDF024A"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VIII. Cam kết về đội ngũ giảng dạy và hỗ trợ học viên</w:t>
      </w:r>
    </w:p>
    <w:p w14:paraId="0F678992" w14:textId="2B9DA2D0"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Bố</w:t>
      </w:r>
      <w:proofErr w:type="spellEnd"/>
      <w:r w:rsidRPr="007E08A0">
        <w:rPr>
          <w:rFonts w:cs="Times New Roman"/>
          <w:szCs w:val="26"/>
        </w:rPr>
        <w:t xml:space="preserve"> </w:t>
      </w:r>
      <w:proofErr w:type="spellStart"/>
      <w:r w:rsidRPr="007E08A0">
        <w:rPr>
          <w:rFonts w:cs="Times New Roman"/>
          <w:szCs w:val="26"/>
        </w:rPr>
        <w:t>trí</w:t>
      </w:r>
      <w:proofErr w:type="spellEnd"/>
      <w:r w:rsidRPr="007E08A0">
        <w:rPr>
          <w:rFonts w:cs="Times New Roman"/>
          <w:szCs w:val="26"/>
        </w:rPr>
        <w:t xml:space="preserve"> </w:t>
      </w:r>
      <w:proofErr w:type="spellStart"/>
      <w:r w:rsidRPr="007E08A0">
        <w:rPr>
          <w:rFonts w:cs="Times New Roman"/>
          <w:szCs w:val="26"/>
        </w:rPr>
        <w:t>giáo</w:t>
      </w:r>
      <w:proofErr w:type="spellEnd"/>
      <w:r w:rsidRPr="007E08A0">
        <w:rPr>
          <w:rFonts w:cs="Times New Roman"/>
          <w:szCs w:val="26"/>
        </w:rPr>
        <w:t xml:space="preserve"> </w:t>
      </w:r>
      <w:proofErr w:type="spellStart"/>
      <w:r w:rsidRPr="007E08A0">
        <w:rPr>
          <w:rFonts w:cs="Times New Roman"/>
          <w:szCs w:val="26"/>
        </w:rPr>
        <w:t>viên</w:t>
      </w:r>
      <w:proofErr w:type="spellEnd"/>
      <w:r w:rsidRPr="007E08A0">
        <w:rPr>
          <w:rFonts w:cs="Times New Roman"/>
          <w:szCs w:val="26"/>
        </w:rPr>
        <w:t>, coach, trợ giảng và nhân sự hỗ trợ phù hợp với từng chương trình tiếng Anh, tiếng Đức, tiếng Nhật, tiếng Hàn và tiếng Trung.</w:t>
      </w:r>
    </w:p>
    <w:p w14:paraId="1215561C" w14:textId="7FA3AAAF"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lastRenderedPageBreak/>
        <w:t>Ưu</w:t>
      </w:r>
      <w:proofErr w:type="spellEnd"/>
      <w:r w:rsidRPr="007E08A0">
        <w:rPr>
          <w:rFonts w:cs="Times New Roman"/>
          <w:szCs w:val="26"/>
        </w:rPr>
        <w:t xml:space="preserve"> </w:t>
      </w:r>
      <w:proofErr w:type="spellStart"/>
      <w:r w:rsidRPr="007E08A0">
        <w:rPr>
          <w:rFonts w:cs="Times New Roman"/>
          <w:szCs w:val="26"/>
        </w:rPr>
        <w:t>tiên</w:t>
      </w:r>
      <w:proofErr w:type="spellEnd"/>
      <w:r w:rsidRPr="007E08A0">
        <w:rPr>
          <w:rFonts w:cs="Times New Roman"/>
          <w:szCs w:val="26"/>
        </w:rPr>
        <w:t xml:space="preserve"> </w:t>
      </w:r>
      <w:proofErr w:type="spellStart"/>
      <w:r w:rsidRPr="007E08A0">
        <w:rPr>
          <w:rFonts w:cs="Times New Roman"/>
          <w:szCs w:val="26"/>
        </w:rPr>
        <w:t>đội</w:t>
      </w:r>
      <w:proofErr w:type="spellEnd"/>
      <w:r w:rsidRPr="007E08A0">
        <w:rPr>
          <w:rFonts w:cs="Times New Roman"/>
          <w:szCs w:val="26"/>
        </w:rPr>
        <w:t xml:space="preserve"> </w:t>
      </w:r>
      <w:proofErr w:type="spellStart"/>
      <w:r w:rsidRPr="007E08A0">
        <w:rPr>
          <w:rFonts w:cs="Times New Roman"/>
          <w:szCs w:val="26"/>
        </w:rPr>
        <w:t>ngũ</w:t>
      </w:r>
      <w:proofErr w:type="spellEnd"/>
      <w:r w:rsidRPr="007E08A0">
        <w:rPr>
          <w:rFonts w:cs="Times New Roman"/>
          <w:szCs w:val="26"/>
        </w:rPr>
        <w:t xml:space="preserve"> có năng lực chuyên môn, kỹ năng giảng dạy, khả năng sửa lỗi, kinh nghiệm luyện thi/chứng chỉ hoặc kinh nghiệm hỗ trợ học viên theo mục tiêu học tập, du học, nghề nghiệp.</w:t>
      </w:r>
    </w:p>
    <w:p w14:paraId="57952482" w14:textId="29D2166C" w:rsidR="00C80364" w:rsidRPr="007E08A0" w:rsidRDefault="00000000" w:rsidP="00C82D4D">
      <w:pPr>
        <w:spacing w:after="0" w:line="360" w:lineRule="auto"/>
        <w:ind w:firstLine="720"/>
        <w:jc w:val="both"/>
        <w:rPr>
          <w:rFonts w:cs="Times New Roman"/>
          <w:szCs w:val="26"/>
        </w:rPr>
      </w:pPr>
      <w:r w:rsidRPr="007E08A0">
        <w:rPr>
          <w:rFonts w:cs="Times New Roman"/>
          <w:szCs w:val="26"/>
        </w:rPr>
        <w:t xml:space="preserve">Theo </w:t>
      </w:r>
      <w:proofErr w:type="spellStart"/>
      <w:r w:rsidRPr="007E08A0">
        <w:rPr>
          <w:rFonts w:cs="Times New Roman"/>
          <w:szCs w:val="26"/>
        </w:rPr>
        <w:t>dõi</w:t>
      </w:r>
      <w:proofErr w:type="spellEnd"/>
      <w:r w:rsidRPr="007E08A0">
        <w:rPr>
          <w:rFonts w:cs="Times New Roman"/>
          <w:szCs w:val="26"/>
        </w:rPr>
        <w:t xml:space="preserve"> </w:t>
      </w:r>
      <w:proofErr w:type="spellStart"/>
      <w:r w:rsidRPr="007E08A0">
        <w:rPr>
          <w:rFonts w:cs="Times New Roman"/>
          <w:szCs w:val="26"/>
        </w:rPr>
        <w:t>chất</w:t>
      </w:r>
      <w:proofErr w:type="spellEnd"/>
      <w:r w:rsidRPr="007E08A0">
        <w:rPr>
          <w:rFonts w:cs="Times New Roman"/>
          <w:szCs w:val="26"/>
        </w:rPr>
        <w:t xml:space="preserve"> </w:t>
      </w:r>
      <w:proofErr w:type="spellStart"/>
      <w:r w:rsidRPr="007E08A0">
        <w:rPr>
          <w:rFonts w:cs="Times New Roman"/>
          <w:szCs w:val="26"/>
        </w:rPr>
        <w:t>lượng</w:t>
      </w:r>
      <w:proofErr w:type="spellEnd"/>
      <w:r w:rsidRPr="007E08A0">
        <w:rPr>
          <w:rFonts w:cs="Times New Roman"/>
          <w:szCs w:val="26"/>
        </w:rPr>
        <w:t xml:space="preserve"> giảng dạy thông qua phản hồi học viên, kết quả học tập, tỷ lệ hoàn thành bài tập, kết quả kiểm tra định kỳ và đánh giá nội bộ.</w:t>
      </w:r>
    </w:p>
    <w:p w14:paraId="0FA6777E" w14:textId="1C48EAEA"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Tổ</w:t>
      </w:r>
      <w:proofErr w:type="spellEnd"/>
      <w:r w:rsidRPr="007E08A0">
        <w:rPr>
          <w:rFonts w:cs="Times New Roman"/>
          <w:szCs w:val="26"/>
        </w:rPr>
        <w:t xml:space="preserve"> </w:t>
      </w:r>
      <w:proofErr w:type="spellStart"/>
      <w:r w:rsidRPr="007E08A0">
        <w:rPr>
          <w:rFonts w:cs="Times New Roman"/>
          <w:szCs w:val="26"/>
        </w:rPr>
        <w:t>chức</w:t>
      </w:r>
      <w:proofErr w:type="spellEnd"/>
      <w:r w:rsidRPr="007E08A0">
        <w:rPr>
          <w:rFonts w:cs="Times New Roman"/>
          <w:szCs w:val="26"/>
        </w:rPr>
        <w:t xml:space="preserve"> </w:t>
      </w:r>
      <w:proofErr w:type="spellStart"/>
      <w:r w:rsidRPr="007E08A0">
        <w:rPr>
          <w:rFonts w:cs="Times New Roman"/>
          <w:szCs w:val="26"/>
        </w:rPr>
        <w:t>đào</w:t>
      </w:r>
      <w:proofErr w:type="spellEnd"/>
      <w:r w:rsidRPr="007E08A0">
        <w:rPr>
          <w:rFonts w:cs="Times New Roman"/>
          <w:szCs w:val="26"/>
        </w:rPr>
        <w:t xml:space="preserve"> </w:t>
      </w:r>
      <w:proofErr w:type="spellStart"/>
      <w:r w:rsidRPr="007E08A0">
        <w:rPr>
          <w:rFonts w:cs="Times New Roman"/>
          <w:szCs w:val="26"/>
        </w:rPr>
        <w:t>tạo</w:t>
      </w:r>
      <w:proofErr w:type="spellEnd"/>
      <w:r w:rsidRPr="007E08A0">
        <w:rPr>
          <w:rFonts w:cs="Times New Roman"/>
          <w:szCs w:val="26"/>
        </w:rPr>
        <w:t>, bồi dưỡng hoặc điều chỉnh đội ngũ khi cần thiết để bảo đảm chất lượng chương trình.</w:t>
      </w:r>
    </w:p>
    <w:p w14:paraId="0042D9EB" w14:textId="36AF6563"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Có</w:t>
      </w:r>
      <w:proofErr w:type="spellEnd"/>
      <w:r w:rsidRPr="007E08A0">
        <w:rPr>
          <w:rFonts w:cs="Times New Roman"/>
          <w:szCs w:val="26"/>
        </w:rPr>
        <w:t xml:space="preserve"> </w:t>
      </w:r>
      <w:proofErr w:type="spellStart"/>
      <w:r w:rsidRPr="007E08A0">
        <w:rPr>
          <w:rFonts w:cs="Times New Roman"/>
          <w:szCs w:val="26"/>
        </w:rPr>
        <w:t>nhân</w:t>
      </w:r>
      <w:proofErr w:type="spellEnd"/>
      <w:r w:rsidRPr="007E08A0">
        <w:rPr>
          <w:rFonts w:cs="Times New Roman"/>
          <w:szCs w:val="26"/>
        </w:rPr>
        <w:t xml:space="preserve"> </w:t>
      </w:r>
      <w:proofErr w:type="spellStart"/>
      <w:r w:rsidRPr="007E08A0">
        <w:rPr>
          <w:rFonts w:cs="Times New Roman"/>
          <w:szCs w:val="26"/>
        </w:rPr>
        <w:t>sự</w:t>
      </w:r>
      <w:proofErr w:type="spellEnd"/>
      <w:r w:rsidRPr="007E08A0">
        <w:rPr>
          <w:rFonts w:cs="Times New Roman"/>
          <w:szCs w:val="26"/>
        </w:rPr>
        <w:t xml:space="preserve"> </w:t>
      </w:r>
      <w:proofErr w:type="spellStart"/>
      <w:r w:rsidRPr="007E08A0">
        <w:rPr>
          <w:rFonts w:cs="Times New Roman"/>
          <w:szCs w:val="26"/>
        </w:rPr>
        <w:t>hỗ</w:t>
      </w:r>
      <w:proofErr w:type="spellEnd"/>
      <w:r w:rsidRPr="007E08A0">
        <w:rPr>
          <w:rFonts w:cs="Times New Roman"/>
          <w:szCs w:val="26"/>
        </w:rPr>
        <w:t xml:space="preserve"> trợ học viên trong quá trình học, bao gồm tư vấn lộ trình, theo dõi tiến độ, nhắc lịch học, tiếp nhận phản hồi và hỗ trợ xử lý khó khăn phát sinh.</w:t>
      </w:r>
    </w:p>
    <w:p w14:paraId="1FAEC83E" w14:textId="5698A63C"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Không</w:t>
      </w:r>
      <w:proofErr w:type="spellEnd"/>
      <w:r w:rsidRPr="007E08A0">
        <w:rPr>
          <w:rFonts w:cs="Times New Roman"/>
          <w:szCs w:val="26"/>
        </w:rPr>
        <w:t xml:space="preserve"> </w:t>
      </w:r>
      <w:proofErr w:type="spellStart"/>
      <w:r w:rsidRPr="007E08A0">
        <w:rPr>
          <w:rFonts w:cs="Times New Roman"/>
          <w:szCs w:val="26"/>
        </w:rPr>
        <w:t>đồng</w:t>
      </w:r>
      <w:proofErr w:type="spellEnd"/>
      <w:r w:rsidRPr="007E08A0">
        <w:rPr>
          <w:rFonts w:cs="Times New Roman"/>
          <w:szCs w:val="26"/>
        </w:rPr>
        <w:t xml:space="preserve"> </w:t>
      </w:r>
      <w:proofErr w:type="spellStart"/>
      <w:r w:rsidRPr="007E08A0">
        <w:rPr>
          <w:rFonts w:cs="Times New Roman"/>
          <w:szCs w:val="26"/>
        </w:rPr>
        <w:t>nhất</w:t>
      </w:r>
      <w:proofErr w:type="spellEnd"/>
      <w:r w:rsidRPr="007E08A0">
        <w:rPr>
          <w:rFonts w:cs="Times New Roman"/>
          <w:szCs w:val="26"/>
        </w:rPr>
        <w:t xml:space="preserve"> </w:t>
      </w:r>
      <w:proofErr w:type="spellStart"/>
      <w:r w:rsidRPr="007E08A0">
        <w:rPr>
          <w:rFonts w:cs="Times New Roman"/>
          <w:szCs w:val="26"/>
        </w:rPr>
        <w:t>tiêu</w:t>
      </w:r>
      <w:proofErr w:type="spellEnd"/>
      <w:r w:rsidRPr="007E08A0">
        <w:rPr>
          <w:rFonts w:cs="Times New Roman"/>
          <w:szCs w:val="26"/>
        </w:rPr>
        <w:t xml:space="preserve"> chuẩn giáo viên của tiếng Anh/IELTS với các ngoại ngữ khác; mỗi ngoại ngữ áp dụng tiêu chuẩn chuyên môn phù hợp với mục tiêu đào tạo và hệ chứng chỉ liên quan.</w:t>
      </w:r>
    </w:p>
    <w:p w14:paraId="0F44AB06"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IX. Cam kết về kiểm tra đầu vào, đánh giá định kỳ và theo dõi tiến bộ</w:t>
      </w:r>
    </w:p>
    <w:p w14:paraId="5861C564" w14:textId="77777777" w:rsidR="00C80364" w:rsidRPr="007E08A0" w:rsidRDefault="00000000" w:rsidP="007E08A0">
      <w:pPr>
        <w:spacing w:after="0" w:line="360" w:lineRule="auto"/>
        <w:jc w:val="both"/>
        <w:rPr>
          <w:rFonts w:cs="Times New Roman"/>
          <w:szCs w:val="26"/>
        </w:rPr>
      </w:pPr>
      <w:r w:rsidRPr="007E08A0">
        <w:rPr>
          <w:rFonts w:cs="Times New Roman"/>
          <w:szCs w:val="26"/>
        </w:rPr>
        <w:t>Trung tâm cam kết thực hiện quy trình đánh giá học viên theo các giai đoạn, áp dụng cho cả 05 ngoại ngữ và được điều chỉnh theo đặc thù từng chương trình.</w:t>
      </w:r>
    </w:p>
    <w:tbl>
      <w:tblPr>
        <w:tblStyle w:val="TableGrid"/>
        <w:tblW w:w="0" w:type="auto"/>
        <w:jc w:val="center"/>
        <w:tblLook w:val="04A0" w:firstRow="1" w:lastRow="0" w:firstColumn="1" w:lastColumn="0" w:noHBand="0" w:noVBand="1"/>
      </w:tblPr>
      <w:tblGrid>
        <w:gridCol w:w="2016"/>
        <w:gridCol w:w="7488"/>
      </w:tblGrid>
      <w:tr w:rsidR="00C80364" w:rsidRPr="007E08A0" w14:paraId="2B7E595A" w14:textId="77777777">
        <w:trPr>
          <w:jc w:val="center"/>
        </w:trPr>
        <w:tc>
          <w:tcPr>
            <w:tcW w:w="2016" w:type="dxa"/>
            <w:shd w:val="clear" w:color="auto" w:fill="1F4E79"/>
            <w:vAlign w:val="center"/>
          </w:tcPr>
          <w:p w14:paraId="39DE80B8" w14:textId="77777777" w:rsidR="00C80364" w:rsidRPr="007E08A0" w:rsidRDefault="00000000" w:rsidP="00C82D4D">
            <w:pPr>
              <w:spacing w:line="360" w:lineRule="auto"/>
              <w:jc w:val="center"/>
              <w:rPr>
                <w:rFonts w:cs="Times New Roman"/>
                <w:szCs w:val="26"/>
              </w:rPr>
            </w:pPr>
            <w:r w:rsidRPr="007E08A0">
              <w:rPr>
                <w:rFonts w:cs="Times New Roman"/>
                <w:b/>
                <w:color w:val="FFFFFF"/>
                <w:szCs w:val="26"/>
              </w:rPr>
              <w:t>Giai đoạn</w:t>
            </w:r>
          </w:p>
        </w:tc>
        <w:tc>
          <w:tcPr>
            <w:tcW w:w="7488" w:type="dxa"/>
            <w:shd w:val="clear" w:color="auto" w:fill="1F4E79"/>
            <w:vAlign w:val="center"/>
          </w:tcPr>
          <w:p w14:paraId="27FCE232" w14:textId="77777777" w:rsidR="00C80364" w:rsidRPr="007E08A0" w:rsidRDefault="00000000" w:rsidP="00C82D4D">
            <w:pPr>
              <w:spacing w:line="360" w:lineRule="auto"/>
              <w:jc w:val="center"/>
              <w:rPr>
                <w:rFonts w:cs="Times New Roman"/>
                <w:szCs w:val="26"/>
              </w:rPr>
            </w:pPr>
            <w:r w:rsidRPr="007E08A0">
              <w:rPr>
                <w:rFonts w:cs="Times New Roman"/>
                <w:b/>
                <w:color w:val="FFFFFF"/>
                <w:szCs w:val="26"/>
              </w:rPr>
              <w:t>Nội dung thực hiện</w:t>
            </w:r>
          </w:p>
        </w:tc>
      </w:tr>
      <w:tr w:rsidR="00C80364" w:rsidRPr="007E08A0" w14:paraId="3E762AE9" w14:textId="77777777">
        <w:trPr>
          <w:jc w:val="center"/>
        </w:trPr>
        <w:tc>
          <w:tcPr>
            <w:tcW w:w="2016" w:type="dxa"/>
            <w:vAlign w:val="center"/>
          </w:tcPr>
          <w:p w14:paraId="2936AC96"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Trước khi học</w:t>
            </w:r>
          </w:p>
        </w:tc>
        <w:tc>
          <w:tcPr>
            <w:tcW w:w="7488" w:type="dxa"/>
            <w:vAlign w:val="center"/>
          </w:tcPr>
          <w:p w14:paraId="3187B6A2"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Kiểm tra đầu vào, xác định trình độ, nhu cầu học, mục tiêu chứng chỉ hoặc mục tiêu sử dụng ngôn ngữ; tư vấn lộ trình phù hợp.</w:t>
            </w:r>
          </w:p>
        </w:tc>
      </w:tr>
      <w:tr w:rsidR="00C80364" w:rsidRPr="007E08A0" w14:paraId="00A70788" w14:textId="77777777">
        <w:trPr>
          <w:jc w:val="center"/>
        </w:trPr>
        <w:tc>
          <w:tcPr>
            <w:tcW w:w="2016" w:type="dxa"/>
            <w:vAlign w:val="center"/>
          </w:tcPr>
          <w:p w14:paraId="5659001D"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Trong quá trình học</w:t>
            </w:r>
          </w:p>
        </w:tc>
        <w:tc>
          <w:tcPr>
            <w:tcW w:w="7488" w:type="dxa"/>
            <w:vAlign w:val="center"/>
          </w:tcPr>
          <w:p w14:paraId="2F663FB6"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Theo dõi chuyên cần, số giờ học, bài tập, mức độ tham gia, lỗi thường gặp và tiến bộ từng kỹ năng: nghe, nói, đọc, viết, phát âm, từ vựng, ngữ pháp và phản xạ.</w:t>
            </w:r>
          </w:p>
        </w:tc>
      </w:tr>
      <w:tr w:rsidR="00C80364" w:rsidRPr="007E08A0" w14:paraId="08DDDA42" w14:textId="77777777">
        <w:trPr>
          <w:jc w:val="center"/>
        </w:trPr>
        <w:tc>
          <w:tcPr>
            <w:tcW w:w="2016" w:type="dxa"/>
            <w:vAlign w:val="center"/>
          </w:tcPr>
          <w:p w14:paraId="22D89ACA"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Định kỳ</w:t>
            </w:r>
          </w:p>
        </w:tc>
        <w:tc>
          <w:tcPr>
            <w:tcW w:w="7488" w:type="dxa"/>
            <w:vAlign w:val="center"/>
          </w:tcPr>
          <w:p w14:paraId="6AB6FB91" w14:textId="66B05884" w:rsidR="00C80364" w:rsidRPr="007E08A0" w:rsidRDefault="00000000" w:rsidP="007E08A0">
            <w:pPr>
              <w:spacing w:line="360" w:lineRule="auto"/>
              <w:jc w:val="both"/>
              <w:rPr>
                <w:rFonts w:cs="Times New Roman"/>
                <w:szCs w:val="26"/>
              </w:rPr>
            </w:pPr>
            <w:r w:rsidRPr="007E08A0">
              <w:rPr>
                <w:rFonts w:cs="Times New Roman"/>
                <w:color w:val="000000"/>
                <w:szCs w:val="26"/>
              </w:rPr>
              <w:t xml:space="preserve">Tổ chức </w:t>
            </w:r>
            <w:proofErr w:type="spellStart"/>
            <w:r w:rsidRPr="007E08A0">
              <w:rPr>
                <w:rFonts w:cs="Times New Roman"/>
                <w:color w:val="000000"/>
                <w:szCs w:val="26"/>
              </w:rPr>
              <w:t>kiểm</w:t>
            </w:r>
            <w:proofErr w:type="spellEnd"/>
            <w:r w:rsidRPr="007E08A0">
              <w:rPr>
                <w:rFonts w:cs="Times New Roman"/>
                <w:color w:val="000000"/>
                <w:szCs w:val="26"/>
              </w:rPr>
              <w:t xml:space="preserve"> </w:t>
            </w:r>
            <w:proofErr w:type="spellStart"/>
            <w:r w:rsidRPr="007E08A0">
              <w:rPr>
                <w:rFonts w:cs="Times New Roman"/>
                <w:color w:val="000000"/>
                <w:szCs w:val="26"/>
              </w:rPr>
              <w:t>tra</w:t>
            </w:r>
            <w:proofErr w:type="spellEnd"/>
            <w:r w:rsidRPr="007E08A0">
              <w:rPr>
                <w:rFonts w:cs="Times New Roman"/>
                <w:color w:val="000000"/>
                <w:szCs w:val="26"/>
              </w:rPr>
              <w:t>, mock test</w:t>
            </w:r>
            <w:r w:rsidR="00C82D4D">
              <w:rPr>
                <w:rFonts w:cs="Times New Roman"/>
                <w:color w:val="000000"/>
                <w:szCs w:val="26"/>
              </w:rPr>
              <w:t xml:space="preserve"> </w:t>
            </w:r>
            <w:proofErr w:type="spellStart"/>
            <w:r w:rsidR="00C82D4D">
              <w:rPr>
                <w:rFonts w:cs="Times New Roman"/>
                <w:color w:val="000000"/>
                <w:szCs w:val="26"/>
              </w:rPr>
              <w:t>hàng</w:t>
            </w:r>
            <w:proofErr w:type="spellEnd"/>
            <w:r w:rsidR="00C82D4D">
              <w:rPr>
                <w:rFonts w:cs="Times New Roman"/>
                <w:color w:val="000000"/>
                <w:szCs w:val="26"/>
              </w:rPr>
              <w:t xml:space="preserve"> </w:t>
            </w:r>
            <w:proofErr w:type="spellStart"/>
            <w:r w:rsidR="00C82D4D">
              <w:rPr>
                <w:rFonts w:cs="Times New Roman"/>
                <w:color w:val="000000"/>
                <w:szCs w:val="26"/>
              </w:rPr>
              <w:t>tuần</w:t>
            </w:r>
            <w:proofErr w:type="spellEnd"/>
            <w:r w:rsidRPr="007E08A0">
              <w:rPr>
                <w:rFonts w:cs="Times New Roman"/>
                <w:color w:val="000000"/>
                <w:szCs w:val="26"/>
              </w:rPr>
              <w:t xml:space="preserve">, </w:t>
            </w:r>
            <w:proofErr w:type="spellStart"/>
            <w:r w:rsidRPr="007E08A0">
              <w:rPr>
                <w:rFonts w:cs="Times New Roman"/>
                <w:color w:val="000000"/>
                <w:szCs w:val="26"/>
              </w:rPr>
              <w:t>bài</w:t>
            </w:r>
            <w:proofErr w:type="spellEnd"/>
            <w:r w:rsidRPr="007E08A0">
              <w:rPr>
                <w:rFonts w:cs="Times New Roman"/>
                <w:color w:val="000000"/>
                <w:szCs w:val="26"/>
              </w:rPr>
              <w:t xml:space="preserve"> </w:t>
            </w:r>
            <w:proofErr w:type="spellStart"/>
            <w:r w:rsidRPr="007E08A0">
              <w:rPr>
                <w:rFonts w:cs="Times New Roman"/>
                <w:color w:val="000000"/>
                <w:szCs w:val="26"/>
              </w:rPr>
              <w:t>đánh</w:t>
            </w:r>
            <w:proofErr w:type="spellEnd"/>
            <w:r w:rsidRPr="007E08A0">
              <w:rPr>
                <w:rFonts w:cs="Times New Roman"/>
                <w:color w:val="000000"/>
                <w:szCs w:val="26"/>
              </w:rPr>
              <w:t xml:space="preserve"> </w:t>
            </w:r>
            <w:proofErr w:type="spellStart"/>
            <w:r w:rsidRPr="007E08A0">
              <w:rPr>
                <w:rFonts w:cs="Times New Roman"/>
                <w:color w:val="000000"/>
                <w:szCs w:val="26"/>
              </w:rPr>
              <w:t>giá</w:t>
            </w:r>
            <w:proofErr w:type="spellEnd"/>
            <w:r w:rsidRPr="007E08A0">
              <w:rPr>
                <w:rFonts w:cs="Times New Roman"/>
                <w:color w:val="000000"/>
                <w:szCs w:val="26"/>
              </w:rPr>
              <w:t xml:space="preserve"> kỹ năng hoặc bài đánh giá nội bộ theo từng ngôn ngữ: IELTS/CEFR, A1-C1, JLPT, TOPIK, HSK/HSKK hoặc mục tiêu giao tiếp.</w:t>
            </w:r>
          </w:p>
        </w:tc>
      </w:tr>
      <w:tr w:rsidR="00C80364" w:rsidRPr="007E08A0" w14:paraId="792977A9" w14:textId="77777777">
        <w:trPr>
          <w:jc w:val="center"/>
        </w:trPr>
        <w:tc>
          <w:tcPr>
            <w:tcW w:w="2016" w:type="dxa"/>
            <w:vAlign w:val="center"/>
          </w:tcPr>
          <w:p w14:paraId="420AD96A"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Cuối khóa</w:t>
            </w:r>
          </w:p>
        </w:tc>
        <w:tc>
          <w:tcPr>
            <w:tcW w:w="7488" w:type="dxa"/>
            <w:vAlign w:val="center"/>
          </w:tcPr>
          <w:p w14:paraId="35437D44" w14:textId="6131C5D5" w:rsidR="00C80364" w:rsidRPr="007E08A0" w:rsidRDefault="00000000" w:rsidP="007E08A0">
            <w:pPr>
              <w:spacing w:line="360" w:lineRule="auto"/>
              <w:jc w:val="both"/>
              <w:rPr>
                <w:rFonts w:cs="Times New Roman"/>
                <w:szCs w:val="26"/>
              </w:rPr>
            </w:pPr>
            <w:r w:rsidRPr="007E08A0">
              <w:rPr>
                <w:rFonts w:cs="Times New Roman"/>
                <w:color w:val="000000"/>
                <w:szCs w:val="26"/>
              </w:rPr>
              <w:t xml:space="preserve">Đánh giá kết quả, đối chiếu với mục tiêu ban đầu, xác định năng lực đạt được và tư vấn </w:t>
            </w:r>
            <w:proofErr w:type="spellStart"/>
            <w:r w:rsidRPr="007E08A0">
              <w:rPr>
                <w:rFonts w:cs="Times New Roman"/>
                <w:color w:val="000000"/>
                <w:szCs w:val="26"/>
              </w:rPr>
              <w:t>lộ</w:t>
            </w:r>
            <w:proofErr w:type="spellEnd"/>
            <w:r w:rsidRPr="007E08A0">
              <w:rPr>
                <w:rFonts w:cs="Times New Roman"/>
                <w:color w:val="000000"/>
                <w:szCs w:val="26"/>
              </w:rPr>
              <w:t xml:space="preserve"> </w:t>
            </w:r>
            <w:proofErr w:type="spellStart"/>
            <w:r w:rsidRPr="007E08A0">
              <w:rPr>
                <w:rFonts w:cs="Times New Roman"/>
                <w:color w:val="000000"/>
                <w:szCs w:val="26"/>
              </w:rPr>
              <w:t>trình</w:t>
            </w:r>
            <w:proofErr w:type="spellEnd"/>
            <w:r w:rsidRPr="007E08A0">
              <w:rPr>
                <w:rFonts w:cs="Times New Roman"/>
                <w:color w:val="000000"/>
                <w:szCs w:val="26"/>
              </w:rPr>
              <w:t xml:space="preserve"> </w:t>
            </w:r>
            <w:proofErr w:type="spellStart"/>
            <w:r w:rsidRPr="007E08A0">
              <w:rPr>
                <w:rFonts w:cs="Times New Roman"/>
                <w:color w:val="000000"/>
                <w:szCs w:val="26"/>
              </w:rPr>
              <w:t>tiếp</w:t>
            </w:r>
            <w:proofErr w:type="spellEnd"/>
            <w:r w:rsidRPr="007E08A0">
              <w:rPr>
                <w:rFonts w:cs="Times New Roman"/>
                <w:color w:val="000000"/>
                <w:szCs w:val="26"/>
              </w:rPr>
              <w:t xml:space="preserve"> </w:t>
            </w:r>
            <w:proofErr w:type="spellStart"/>
            <w:r w:rsidRPr="007E08A0">
              <w:rPr>
                <w:rFonts w:cs="Times New Roman"/>
                <w:color w:val="000000"/>
                <w:szCs w:val="26"/>
              </w:rPr>
              <w:t>theo.</w:t>
            </w:r>
            <w:proofErr w:type="spellEnd"/>
            <w:r w:rsidR="00C82D4D">
              <w:rPr>
                <w:rFonts w:cs="Times New Roman"/>
                <w:color w:val="000000"/>
                <w:szCs w:val="26"/>
              </w:rPr>
              <w:t xml:space="preserve"> </w:t>
            </w:r>
            <w:proofErr w:type="spellStart"/>
            <w:r w:rsidR="00C82D4D">
              <w:rPr>
                <w:rFonts w:cs="Times New Roman"/>
                <w:color w:val="000000"/>
                <w:szCs w:val="26"/>
              </w:rPr>
              <w:t>Hỗ</w:t>
            </w:r>
            <w:proofErr w:type="spellEnd"/>
            <w:r w:rsidR="00C82D4D">
              <w:rPr>
                <w:rFonts w:cs="Times New Roman"/>
                <w:color w:val="000000"/>
                <w:szCs w:val="26"/>
              </w:rPr>
              <w:t xml:space="preserve"> </w:t>
            </w:r>
            <w:proofErr w:type="spellStart"/>
            <w:r w:rsidR="00C82D4D">
              <w:rPr>
                <w:rFonts w:cs="Times New Roman"/>
                <w:color w:val="000000"/>
                <w:szCs w:val="26"/>
              </w:rPr>
              <w:t>trợ</w:t>
            </w:r>
            <w:proofErr w:type="spellEnd"/>
            <w:r w:rsidR="00C82D4D">
              <w:rPr>
                <w:rFonts w:cs="Times New Roman"/>
                <w:color w:val="000000"/>
                <w:szCs w:val="26"/>
              </w:rPr>
              <w:t xml:space="preserve"> </w:t>
            </w:r>
            <w:proofErr w:type="spellStart"/>
            <w:r w:rsidR="00C82D4D">
              <w:rPr>
                <w:rFonts w:cs="Times New Roman"/>
                <w:color w:val="000000"/>
                <w:szCs w:val="26"/>
              </w:rPr>
              <w:t>đăng</w:t>
            </w:r>
            <w:proofErr w:type="spellEnd"/>
            <w:r w:rsidR="00C82D4D">
              <w:rPr>
                <w:rFonts w:cs="Times New Roman"/>
                <w:color w:val="000000"/>
                <w:szCs w:val="26"/>
              </w:rPr>
              <w:t xml:space="preserve"> </w:t>
            </w:r>
            <w:proofErr w:type="spellStart"/>
            <w:r w:rsidR="00C82D4D">
              <w:rPr>
                <w:rFonts w:cs="Times New Roman"/>
                <w:color w:val="000000"/>
                <w:szCs w:val="26"/>
              </w:rPr>
              <w:t>ký</w:t>
            </w:r>
            <w:proofErr w:type="spellEnd"/>
            <w:r w:rsidR="00C82D4D">
              <w:rPr>
                <w:rFonts w:cs="Times New Roman"/>
                <w:color w:val="000000"/>
                <w:szCs w:val="26"/>
              </w:rPr>
              <w:t xml:space="preserve"> </w:t>
            </w:r>
            <w:proofErr w:type="spellStart"/>
            <w:r w:rsidR="00C82D4D">
              <w:rPr>
                <w:rFonts w:cs="Times New Roman"/>
                <w:color w:val="000000"/>
                <w:szCs w:val="26"/>
              </w:rPr>
              <w:t>thi</w:t>
            </w:r>
            <w:proofErr w:type="spellEnd"/>
            <w:r w:rsidR="00C82D4D">
              <w:rPr>
                <w:rFonts w:cs="Times New Roman"/>
                <w:color w:val="000000"/>
                <w:szCs w:val="26"/>
              </w:rPr>
              <w:t xml:space="preserve"> </w:t>
            </w:r>
            <w:proofErr w:type="spellStart"/>
            <w:r w:rsidR="00C82D4D">
              <w:rPr>
                <w:rFonts w:cs="Times New Roman"/>
                <w:color w:val="000000"/>
                <w:szCs w:val="26"/>
              </w:rPr>
              <w:t>lấy</w:t>
            </w:r>
            <w:proofErr w:type="spellEnd"/>
            <w:r w:rsidR="00C82D4D">
              <w:rPr>
                <w:rFonts w:cs="Times New Roman"/>
                <w:color w:val="000000"/>
                <w:szCs w:val="26"/>
              </w:rPr>
              <w:t xml:space="preserve"> </w:t>
            </w:r>
            <w:proofErr w:type="spellStart"/>
            <w:r w:rsidR="00C82D4D">
              <w:rPr>
                <w:rFonts w:cs="Times New Roman"/>
                <w:color w:val="000000"/>
                <w:szCs w:val="26"/>
              </w:rPr>
              <w:t>chứng</w:t>
            </w:r>
            <w:proofErr w:type="spellEnd"/>
            <w:r w:rsidR="00C82D4D">
              <w:rPr>
                <w:rFonts w:cs="Times New Roman"/>
                <w:color w:val="000000"/>
                <w:szCs w:val="26"/>
              </w:rPr>
              <w:t xml:space="preserve"> </w:t>
            </w:r>
            <w:proofErr w:type="spellStart"/>
            <w:r w:rsidR="00C82D4D">
              <w:rPr>
                <w:rFonts w:cs="Times New Roman"/>
                <w:color w:val="000000"/>
                <w:szCs w:val="26"/>
              </w:rPr>
              <w:t>chỉ</w:t>
            </w:r>
            <w:proofErr w:type="spellEnd"/>
            <w:r w:rsidR="00C82D4D">
              <w:rPr>
                <w:rFonts w:cs="Times New Roman"/>
                <w:color w:val="000000"/>
                <w:szCs w:val="26"/>
              </w:rPr>
              <w:t xml:space="preserve"> </w:t>
            </w:r>
            <w:proofErr w:type="spellStart"/>
            <w:r w:rsidR="00C82D4D">
              <w:rPr>
                <w:rFonts w:cs="Times New Roman"/>
                <w:color w:val="000000"/>
                <w:szCs w:val="26"/>
              </w:rPr>
              <w:t>quốc</w:t>
            </w:r>
            <w:proofErr w:type="spellEnd"/>
            <w:r w:rsidR="00C82D4D">
              <w:rPr>
                <w:rFonts w:cs="Times New Roman"/>
                <w:color w:val="000000"/>
                <w:szCs w:val="26"/>
              </w:rPr>
              <w:t xml:space="preserve"> </w:t>
            </w:r>
            <w:proofErr w:type="spellStart"/>
            <w:r w:rsidR="00C82D4D">
              <w:rPr>
                <w:rFonts w:cs="Times New Roman"/>
                <w:color w:val="000000"/>
                <w:szCs w:val="26"/>
              </w:rPr>
              <w:t>tế</w:t>
            </w:r>
            <w:proofErr w:type="spellEnd"/>
            <w:r w:rsidR="00C82D4D">
              <w:rPr>
                <w:rFonts w:cs="Times New Roman"/>
                <w:color w:val="000000"/>
                <w:szCs w:val="26"/>
              </w:rPr>
              <w:t>.</w:t>
            </w:r>
          </w:p>
        </w:tc>
      </w:tr>
      <w:tr w:rsidR="00C80364" w:rsidRPr="007E08A0" w14:paraId="0B3A3057" w14:textId="77777777">
        <w:trPr>
          <w:jc w:val="center"/>
        </w:trPr>
        <w:tc>
          <w:tcPr>
            <w:tcW w:w="2016" w:type="dxa"/>
            <w:vAlign w:val="center"/>
          </w:tcPr>
          <w:p w14:paraId="46E0860E"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Sau khóa học</w:t>
            </w:r>
          </w:p>
        </w:tc>
        <w:tc>
          <w:tcPr>
            <w:tcW w:w="7488" w:type="dxa"/>
            <w:vAlign w:val="center"/>
          </w:tcPr>
          <w:p w14:paraId="2E83A413"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Hỗ trợ bảo lưu, học bổ sung, học lại hoặc tư vấn nâng cấp chương trình theo chính sách cụ thể và điều kiện áp dụng của từng khóa.</w:t>
            </w:r>
          </w:p>
        </w:tc>
      </w:tr>
    </w:tbl>
    <w:p w14:paraId="525D3F5D" w14:textId="77777777" w:rsidR="00C80364" w:rsidRPr="007E08A0" w:rsidRDefault="00C80364" w:rsidP="007E08A0">
      <w:pPr>
        <w:spacing w:after="0" w:line="360" w:lineRule="auto"/>
        <w:jc w:val="both"/>
        <w:rPr>
          <w:rFonts w:cs="Times New Roman"/>
          <w:szCs w:val="26"/>
        </w:rPr>
      </w:pPr>
    </w:p>
    <w:p w14:paraId="5E54B0BE"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Trung tâm định hướng quản lý tiến bộ học viên bằng dữ liệu học tập, kết quả kiểm tra, phản hồi của giáo viên/coach và hệ thống theo dõi nội bộ. Các công cụ như CRM/LMS, tracking card, KPI học tập và mock test được sử dụng tùy theo từng chương trình.</w:t>
      </w:r>
    </w:p>
    <w:p w14:paraId="0642F67D" w14:textId="296BF065"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 Cam kết về chuẩn đầu ra</w:t>
      </w:r>
    </w:p>
    <w:p w14:paraId="51F6D5E0"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Trung tâm cam kết công bố rõ mục tiêu đầu ra dự kiến của từng khóa học trước khi học viên đăng ký. Chuẩn đầu ra được hiểu là mục tiêu đào tạo hoặc năng lực dự kiến sau khóa học, không thay thế chứng chỉ chính thức do các tổ chức khảo thí độc lập cấp.</w:t>
      </w:r>
    </w:p>
    <w:tbl>
      <w:tblPr>
        <w:tblStyle w:val="TableGrid"/>
        <w:tblW w:w="0" w:type="auto"/>
        <w:jc w:val="center"/>
        <w:tblLook w:val="04A0" w:firstRow="1" w:lastRow="0" w:firstColumn="1" w:lastColumn="0" w:noHBand="0" w:noVBand="1"/>
      </w:tblPr>
      <w:tblGrid>
        <w:gridCol w:w="1728"/>
        <w:gridCol w:w="4032"/>
        <w:gridCol w:w="3744"/>
      </w:tblGrid>
      <w:tr w:rsidR="00C80364" w:rsidRPr="007E08A0" w14:paraId="4885DD4D" w14:textId="77777777">
        <w:trPr>
          <w:jc w:val="center"/>
        </w:trPr>
        <w:tc>
          <w:tcPr>
            <w:tcW w:w="1728" w:type="dxa"/>
            <w:shd w:val="clear" w:color="auto" w:fill="1F4E79"/>
            <w:vAlign w:val="center"/>
          </w:tcPr>
          <w:p w14:paraId="0577E29F" w14:textId="77777777" w:rsidR="00C80364" w:rsidRPr="007E08A0" w:rsidRDefault="00000000" w:rsidP="00C82D4D">
            <w:pPr>
              <w:spacing w:line="360" w:lineRule="auto"/>
              <w:jc w:val="center"/>
              <w:rPr>
                <w:rFonts w:cs="Times New Roman"/>
                <w:szCs w:val="26"/>
              </w:rPr>
            </w:pPr>
            <w:r w:rsidRPr="007E08A0">
              <w:rPr>
                <w:rFonts w:cs="Times New Roman"/>
                <w:b/>
                <w:color w:val="FFFFFF"/>
                <w:szCs w:val="26"/>
              </w:rPr>
              <w:t>Ngoại ngữ</w:t>
            </w:r>
          </w:p>
        </w:tc>
        <w:tc>
          <w:tcPr>
            <w:tcW w:w="4032" w:type="dxa"/>
            <w:shd w:val="clear" w:color="auto" w:fill="1F4E79"/>
            <w:vAlign w:val="center"/>
          </w:tcPr>
          <w:p w14:paraId="6186705F" w14:textId="77777777" w:rsidR="00C82D4D" w:rsidRDefault="00000000" w:rsidP="00C82D4D">
            <w:pPr>
              <w:spacing w:line="360" w:lineRule="auto"/>
              <w:jc w:val="center"/>
              <w:rPr>
                <w:rFonts w:cs="Times New Roman"/>
                <w:b/>
                <w:color w:val="FFFFFF"/>
                <w:szCs w:val="26"/>
              </w:rPr>
            </w:pPr>
            <w:r w:rsidRPr="007E08A0">
              <w:rPr>
                <w:rFonts w:cs="Times New Roman"/>
                <w:b/>
                <w:color w:val="FFFFFF"/>
                <w:szCs w:val="26"/>
              </w:rPr>
              <w:t xml:space="preserve">Căn cứ xác định chuẩn đầu ra </w:t>
            </w:r>
          </w:p>
          <w:p w14:paraId="633DA4FB" w14:textId="2CF22BC8" w:rsidR="00C80364" w:rsidRPr="007E08A0" w:rsidRDefault="00000000" w:rsidP="00C82D4D">
            <w:pPr>
              <w:spacing w:line="360" w:lineRule="auto"/>
              <w:jc w:val="center"/>
              <w:rPr>
                <w:rFonts w:cs="Times New Roman"/>
                <w:szCs w:val="26"/>
              </w:rPr>
            </w:pPr>
            <w:proofErr w:type="spellStart"/>
            <w:r w:rsidRPr="007E08A0">
              <w:rPr>
                <w:rFonts w:cs="Times New Roman"/>
                <w:b/>
                <w:color w:val="FFFFFF"/>
                <w:szCs w:val="26"/>
              </w:rPr>
              <w:t>dự</w:t>
            </w:r>
            <w:proofErr w:type="spellEnd"/>
            <w:r w:rsidRPr="007E08A0">
              <w:rPr>
                <w:rFonts w:cs="Times New Roman"/>
                <w:b/>
                <w:color w:val="FFFFFF"/>
                <w:szCs w:val="26"/>
              </w:rPr>
              <w:t xml:space="preserve"> </w:t>
            </w:r>
            <w:proofErr w:type="spellStart"/>
            <w:r w:rsidRPr="007E08A0">
              <w:rPr>
                <w:rFonts w:cs="Times New Roman"/>
                <w:b/>
                <w:color w:val="FFFFFF"/>
                <w:szCs w:val="26"/>
              </w:rPr>
              <w:t>kiến</w:t>
            </w:r>
            <w:proofErr w:type="spellEnd"/>
          </w:p>
        </w:tc>
        <w:tc>
          <w:tcPr>
            <w:tcW w:w="3744" w:type="dxa"/>
            <w:shd w:val="clear" w:color="auto" w:fill="1F4E79"/>
            <w:vAlign w:val="center"/>
          </w:tcPr>
          <w:p w14:paraId="4EEF2C5D" w14:textId="77777777" w:rsidR="00C80364" w:rsidRPr="007E08A0" w:rsidRDefault="00000000" w:rsidP="00C82D4D">
            <w:pPr>
              <w:spacing w:line="360" w:lineRule="auto"/>
              <w:jc w:val="center"/>
              <w:rPr>
                <w:rFonts w:cs="Times New Roman"/>
                <w:szCs w:val="26"/>
              </w:rPr>
            </w:pPr>
            <w:r w:rsidRPr="007E08A0">
              <w:rPr>
                <w:rFonts w:cs="Times New Roman"/>
                <w:b/>
                <w:color w:val="FFFFFF"/>
                <w:szCs w:val="26"/>
              </w:rPr>
              <w:t>Ví dụ mục tiêu đầu ra</w:t>
            </w:r>
          </w:p>
        </w:tc>
      </w:tr>
      <w:tr w:rsidR="00C80364" w:rsidRPr="007E08A0" w14:paraId="5A97DEED" w14:textId="77777777">
        <w:trPr>
          <w:jc w:val="center"/>
        </w:trPr>
        <w:tc>
          <w:tcPr>
            <w:tcW w:w="1728" w:type="dxa"/>
            <w:vAlign w:val="center"/>
          </w:tcPr>
          <w:p w14:paraId="5287B3EE"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Anh</w:t>
            </w:r>
          </w:p>
        </w:tc>
        <w:tc>
          <w:tcPr>
            <w:tcW w:w="4032" w:type="dxa"/>
            <w:vAlign w:val="center"/>
          </w:tcPr>
          <w:p w14:paraId="3B0E8CF3"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CEFR, IELTS, Cambridge hoặc hệ đánh giá nội bộ.</w:t>
            </w:r>
          </w:p>
        </w:tc>
        <w:tc>
          <w:tcPr>
            <w:tcW w:w="3744" w:type="dxa"/>
            <w:vAlign w:val="center"/>
          </w:tcPr>
          <w:p w14:paraId="384217CD"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Giao tiếp cơ bản - nâng cao; IELTS theo band mục tiêu; tiếng Anh học thuật; tiếng Anh công việc.</w:t>
            </w:r>
          </w:p>
        </w:tc>
      </w:tr>
      <w:tr w:rsidR="00C80364" w:rsidRPr="007E08A0" w14:paraId="1036B62B" w14:textId="77777777">
        <w:trPr>
          <w:jc w:val="center"/>
        </w:trPr>
        <w:tc>
          <w:tcPr>
            <w:tcW w:w="1728" w:type="dxa"/>
            <w:vAlign w:val="center"/>
          </w:tcPr>
          <w:p w14:paraId="0F500091"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Đức</w:t>
            </w:r>
          </w:p>
        </w:tc>
        <w:tc>
          <w:tcPr>
            <w:tcW w:w="4032" w:type="dxa"/>
            <w:vAlign w:val="center"/>
          </w:tcPr>
          <w:p w14:paraId="0B3285AF"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CEFR A1-C1, bài kiểm tra nội bộ, định hướng Goethe/telc/TestDaF nếu chương trình có áp dụng.</w:t>
            </w:r>
          </w:p>
        </w:tc>
        <w:tc>
          <w:tcPr>
            <w:tcW w:w="3744" w:type="dxa"/>
            <w:vAlign w:val="center"/>
          </w:tcPr>
          <w:p w14:paraId="2C3F373C"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A1/A2 nền tảng; B1/B2 phục vụ du học nghề, học tập, làm việc và hội nhập tại Đức.</w:t>
            </w:r>
          </w:p>
        </w:tc>
      </w:tr>
      <w:tr w:rsidR="00C80364" w:rsidRPr="007E08A0" w14:paraId="02F62A8F" w14:textId="77777777">
        <w:trPr>
          <w:jc w:val="center"/>
        </w:trPr>
        <w:tc>
          <w:tcPr>
            <w:tcW w:w="1728" w:type="dxa"/>
            <w:vAlign w:val="center"/>
          </w:tcPr>
          <w:p w14:paraId="1DF73A08"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Nhật</w:t>
            </w:r>
          </w:p>
        </w:tc>
        <w:tc>
          <w:tcPr>
            <w:tcW w:w="4032" w:type="dxa"/>
            <w:vAlign w:val="center"/>
          </w:tcPr>
          <w:p w14:paraId="307A1767"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JLPT N5-N1, bài kiểm tra nội bộ và đánh giá năng lực giao tiếp.</w:t>
            </w:r>
          </w:p>
        </w:tc>
        <w:tc>
          <w:tcPr>
            <w:tcW w:w="3744" w:type="dxa"/>
            <w:vAlign w:val="center"/>
          </w:tcPr>
          <w:p w14:paraId="56E0A3BB"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Giao tiếp sơ cấp; đọc hiểu - từ vựng - ngữ pháp theo cấp độ JLPT; tiếng Nhật học tập/nghề nghiệp.</w:t>
            </w:r>
          </w:p>
        </w:tc>
      </w:tr>
      <w:tr w:rsidR="00C80364" w:rsidRPr="007E08A0" w14:paraId="33772222" w14:textId="77777777">
        <w:trPr>
          <w:jc w:val="center"/>
        </w:trPr>
        <w:tc>
          <w:tcPr>
            <w:tcW w:w="1728" w:type="dxa"/>
            <w:vAlign w:val="center"/>
          </w:tcPr>
          <w:p w14:paraId="38CB5976"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Hàn</w:t>
            </w:r>
          </w:p>
        </w:tc>
        <w:tc>
          <w:tcPr>
            <w:tcW w:w="4032" w:type="dxa"/>
            <w:vAlign w:val="center"/>
          </w:tcPr>
          <w:p w14:paraId="6C33CF78"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TOPIK I-II, bài kiểm tra nội bộ và đánh giá giao tiếp.</w:t>
            </w:r>
          </w:p>
        </w:tc>
        <w:tc>
          <w:tcPr>
            <w:tcW w:w="3744" w:type="dxa"/>
            <w:vAlign w:val="center"/>
          </w:tcPr>
          <w:p w14:paraId="1AAB2A01"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Hangeul nền tảng; giao tiếp cơ bản; TOPIK theo cấp độ mục tiêu; tiếng Hàn du học/việc làm.</w:t>
            </w:r>
          </w:p>
        </w:tc>
      </w:tr>
      <w:tr w:rsidR="00C80364" w:rsidRPr="007E08A0" w14:paraId="4BEF1517" w14:textId="77777777">
        <w:trPr>
          <w:jc w:val="center"/>
        </w:trPr>
        <w:tc>
          <w:tcPr>
            <w:tcW w:w="1728" w:type="dxa"/>
            <w:vAlign w:val="center"/>
          </w:tcPr>
          <w:p w14:paraId="7C654DE9"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Tiếng Trung</w:t>
            </w:r>
          </w:p>
        </w:tc>
        <w:tc>
          <w:tcPr>
            <w:tcW w:w="4032" w:type="dxa"/>
            <w:vAlign w:val="center"/>
          </w:tcPr>
          <w:p w14:paraId="556AE27F"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HSK/HSKK, bài kiểm tra nội bộ và đánh giá năng lực giao tiếp.</w:t>
            </w:r>
          </w:p>
        </w:tc>
        <w:tc>
          <w:tcPr>
            <w:tcW w:w="3744" w:type="dxa"/>
            <w:vAlign w:val="center"/>
          </w:tcPr>
          <w:p w14:paraId="00800FE9" w14:textId="77777777" w:rsidR="00C80364" w:rsidRPr="007E08A0" w:rsidRDefault="00000000" w:rsidP="007E08A0">
            <w:pPr>
              <w:spacing w:line="360" w:lineRule="auto"/>
              <w:jc w:val="both"/>
              <w:rPr>
                <w:rFonts w:cs="Times New Roman"/>
                <w:szCs w:val="26"/>
              </w:rPr>
            </w:pPr>
            <w:r w:rsidRPr="007E08A0">
              <w:rPr>
                <w:rFonts w:cs="Times New Roman"/>
                <w:color w:val="000000"/>
                <w:szCs w:val="26"/>
              </w:rPr>
              <w:t>Phát âm - thanh điệu cơ bản; giao tiếp; HSK theo cấp độ mục tiêu; tiếng Trung học tập/thương mại.</w:t>
            </w:r>
          </w:p>
        </w:tc>
      </w:tr>
    </w:tbl>
    <w:p w14:paraId="2E08FD15" w14:textId="77777777" w:rsidR="00C80364" w:rsidRPr="007E08A0" w:rsidRDefault="00C80364" w:rsidP="007E08A0">
      <w:pPr>
        <w:spacing w:after="0" w:line="360" w:lineRule="auto"/>
        <w:jc w:val="both"/>
        <w:rPr>
          <w:rFonts w:cs="Times New Roman"/>
          <w:szCs w:val="26"/>
        </w:rPr>
      </w:pPr>
    </w:p>
    <w:p w14:paraId="29E1D8E2" w14:textId="77777777" w:rsidR="00C80364" w:rsidRPr="00C82D4D" w:rsidRDefault="00000000" w:rsidP="007E08A0">
      <w:pPr>
        <w:spacing w:after="0" w:line="360" w:lineRule="auto"/>
        <w:jc w:val="both"/>
        <w:rPr>
          <w:rFonts w:cs="Times New Roman"/>
          <w:color w:val="C00000"/>
          <w:szCs w:val="26"/>
        </w:rPr>
      </w:pPr>
      <w:r w:rsidRPr="00C82D4D">
        <w:rPr>
          <w:rFonts w:cs="Times New Roman"/>
          <w:b/>
          <w:color w:val="C00000"/>
          <w:szCs w:val="26"/>
        </w:rPr>
        <w:lastRenderedPageBreak/>
        <w:t>Điều kiện áp dụng cam kết đầu ra:</w:t>
      </w:r>
    </w:p>
    <w:p w14:paraId="584A302A"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Cam kết đầu ra chỉ áp dụng khi học viên thực hiện đầy đủ các điều kiện học tập đã được thông báo, bao gồm thời lượng học tối thiểu, tỷ lệ chuyên cần, bài tập, kiểm tra định kỳ, yêu cầu thực hành, quy định lớp học và các điều kiện riêng của từng chương trình. Đối với các kỳ thi chứng chỉ quốc tế, kết quả thi chính thức còn phụ thuộc vào lịch thi, đơn vị khảo thí, năng lực thực tế của học viên, mức độ tuân thủ lộ trình và các yếu tố khách quan khác.</w:t>
      </w:r>
    </w:p>
    <w:p w14:paraId="3126A1D6"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XI. Cam kết về điều kiện học tập</w:t>
      </w:r>
    </w:p>
    <w:p w14:paraId="321B5BC5" w14:textId="2A20D7B0"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Phòng</w:t>
      </w:r>
      <w:proofErr w:type="spellEnd"/>
      <w:r w:rsidRPr="007E08A0">
        <w:rPr>
          <w:rFonts w:cs="Times New Roman"/>
          <w:szCs w:val="26"/>
        </w:rPr>
        <w:t xml:space="preserve"> </w:t>
      </w:r>
      <w:proofErr w:type="spellStart"/>
      <w:r w:rsidRPr="007E08A0">
        <w:rPr>
          <w:rFonts w:cs="Times New Roman"/>
          <w:szCs w:val="26"/>
        </w:rPr>
        <w:t>học</w:t>
      </w:r>
      <w:proofErr w:type="spellEnd"/>
      <w:r w:rsidRPr="007E08A0">
        <w:rPr>
          <w:rFonts w:cs="Times New Roman"/>
          <w:szCs w:val="26"/>
        </w:rPr>
        <w:t xml:space="preserve">, </w:t>
      </w:r>
      <w:proofErr w:type="spellStart"/>
      <w:r w:rsidRPr="007E08A0">
        <w:rPr>
          <w:rFonts w:cs="Times New Roman"/>
          <w:szCs w:val="26"/>
        </w:rPr>
        <w:t>trang</w:t>
      </w:r>
      <w:proofErr w:type="spellEnd"/>
      <w:r w:rsidRPr="007E08A0">
        <w:rPr>
          <w:rFonts w:cs="Times New Roman"/>
          <w:szCs w:val="26"/>
        </w:rPr>
        <w:t xml:space="preserve"> </w:t>
      </w:r>
      <w:proofErr w:type="spellStart"/>
      <w:r w:rsidRPr="007E08A0">
        <w:rPr>
          <w:rFonts w:cs="Times New Roman"/>
          <w:szCs w:val="26"/>
        </w:rPr>
        <w:t>thiết</w:t>
      </w:r>
      <w:proofErr w:type="spellEnd"/>
      <w:r w:rsidRPr="007E08A0">
        <w:rPr>
          <w:rFonts w:cs="Times New Roman"/>
          <w:szCs w:val="26"/>
        </w:rPr>
        <w:t xml:space="preserve"> bị và không gian học tập phù hợp với hoạt động đào tạo ngoại ngữ.</w:t>
      </w:r>
    </w:p>
    <w:p w14:paraId="5E9C63EA" w14:textId="04FFB801"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Hình</w:t>
      </w:r>
      <w:proofErr w:type="spellEnd"/>
      <w:r w:rsidRPr="007E08A0">
        <w:rPr>
          <w:rFonts w:cs="Times New Roman"/>
          <w:szCs w:val="26"/>
        </w:rPr>
        <w:t xml:space="preserve"> </w:t>
      </w:r>
      <w:proofErr w:type="spellStart"/>
      <w:r w:rsidRPr="007E08A0">
        <w:rPr>
          <w:rFonts w:cs="Times New Roman"/>
          <w:szCs w:val="26"/>
        </w:rPr>
        <w:t>thức</w:t>
      </w:r>
      <w:proofErr w:type="spellEnd"/>
      <w:r w:rsidRPr="007E08A0">
        <w:rPr>
          <w:rFonts w:cs="Times New Roman"/>
          <w:szCs w:val="26"/>
        </w:rPr>
        <w:t xml:space="preserve"> </w:t>
      </w:r>
      <w:proofErr w:type="spellStart"/>
      <w:r w:rsidRPr="007E08A0">
        <w:rPr>
          <w:rFonts w:cs="Times New Roman"/>
          <w:szCs w:val="26"/>
        </w:rPr>
        <w:t>học</w:t>
      </w:r>
      <w:proofErr w:type="spellEnd"/>
      <w:r w:rsidRPr="007E08A0">
        <w:rPr>
          <w:rFonts w:cs="Times New Roman"/>
          <w:szCs w:val="26"/>
        </w:rPr>
        <w:t xml:space="preserve"> </w:t>
      </w:r>
      <w:proofErr w:type="spellStart"/>
      <w:r w:rsidRPr="007E08A0">
        <w:rPr>
          <w:rFonts w:cs="Times New Roman"/>
          <w:szCs w:val="26"/>
        </w:rPr>
        <w:t>linh</w:t>
      </w:r>
      <w:proofErr w:type="spellEnd"/>
      <w:r w:rsidRPr="007E08A0">
        <w:rPr>
          <w:rFonts w:cs="Times New Roman"/>
          <w:szCs w:val="26"/>
        </w:rPr>
        <w:t xml:space="preserve"> hoạt theo từng chương trình: trực tiếp, trực tuyến hoặc kết hợp.</w:t>
      </w:r>
    </w:p>
    <w:p w14:paraId="30B1EF8F" w14:textId="58738258"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Học</w:t>
      </w:r>
      <w:proofErr w:type="spellEnd"/>
      <w:r w:rsidRPr="007E08A0">
        <w:rPr>
          <w:rFonts w:cs="Times New Roman"/>
          <w:szCs w:val="26"/>
        </w:rPr>
        <w:t xml:space="preserve"> </w:t>
      </w:r>
      <w:proofErr w:type="spellStart"/>
      <w:r w:rsidRPr="007E08A0">
        <w:rPr>
          <w:rFonts w:cs="Times New Roman"/>
          <w:szCs w:val="26"/>
        </w:rPr>
        <w:t>liệu</w:t>
      </w:r>
      <w:proofErr w:type="spellEnd"/>
      <w:r w:rsidRPr="007E08A0">
        <w:rPr>
          <w:rFonts w:cs="Times New Roman"/>
          <w:szCs w:val="26"/>
        </w:rPr>
        <w:t xml:space="preserve">, </w:t>
      </w:r>
      <w:proofErr w:type="spellStart"/>
      <w:r w:rsidRPr="007E08A0">
        <w:rPr>
          <w:rFonts w:cs="Times New Roman"/>
          <w:szCs w:val="26"/>
        </w:rPr>
        <w:t>tài</w:t>
      </w:r>
      <w:proofErr w:type="spellEnd"/>
      <w:r w:rsidRPr="007E08A0">
        <w:rPr>
          <w:rFonts w:cs="Times New Roman"/>
          <w:szCs w:val="26"/>
        </w:rPr>
        <w:t xml:space="preserve"> </w:t>
      </w:r>
      <w:proofErr w:type="spellStart"/>
      <w:r w:rsidRPr="007E08A0">
        <w:rPr>
          <w:rFonts w:cs="Times New Roman"/>
          <w:szCs w:val="26"/>
        </w:rPr>
        <w:t>liệu</w:t>
      </w:r>
      <w:proofErr w:type="spellEnd"/>
      <w:r w:rsidRPr="007E08A0">
        <w:rPr>
          <w:rFonts w:cs="Times New Roman"/>
          <w:szCs w:val="26"/>
        </w:rPr>
        <w:t>, bài tập, đề kiểm tra và hệ thống hỗ trợ học tập phù hợp với từng ngoại ngữ và từng mục tiêu đào tạo.</w:t>
      </w:r>
    </w:p>
    <w:p w14:paraId="35401BD7" w14:textId="08F3C845"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Môi</w:t>
      </w:r>
      <w:proofErr w:type="spellEnd"/>
      <w:r w:rsidRPr="007E08A0">
        <w:rPr>
          <w:rFonts w:cs="Times New Roman"/>
          <w:szCs w:val="26"/>
        </w:rPr>
        <w:t xml:space="preserve"> </w:t>
      </w:r>
      <w:proofErr w:type="spellStart"/>
      <w:r w:rsidRPr="007E08A0">
        <w:rPr>
          <w:rFonts w:cs="Times New Roman"/>
          <w:szCs w:val="26"/>
        </w:rPr>
        <w:t>trường</w:t>
      </w:r>
      <w:proofErr w:type="spellEnd"/>
      <w:r w:rsidRPr="007E08A0">
        <w:rPr>
          <w:rFonts w:cs="Times New Roman"/>
          <w:szCs w:val="26"/>
        </w:rPr>
        <w:t xml:space="preserve"> </w:t>
      </w:r>
      <w:proofErr w:type="spellStart"/>
      <w:r w:rsidRPr="007E08A0">
        <w:rPr>
          <w:rFonts w:cs="Times New Roman"/>
          <w:szCs w:val="26"/>
        </w:rPr>
        <w:t>học</w:t>
      </w:r>
      <w:proofErr w:type="spellEnd"/>
      <w:r w:rsidRPr="007E08A0">
        <w:rPr>
          <w:rFonts w:cs="Times New Roman"/>
          <w:szCs w:val="26"/>
        </w:rPr>
        <w:t xml:space="preserve"> </w:t>
      </w:r>
      <w:proofErr w:type="spellStart"/>
      <w:r w:rsidRPr="007E08A0">
        <w:rPr>
          <w:rFonts w:cs="Times New Roman"/>
          <w:szCs w:val="26"/>
        </w:rPr>
        <w:t>tập</w:t>
      </w:r>
      <w:proofErr w:type="spellEnd"/>
      <w:r w:rsidRPr="007E08A0">
        <w:rPr>
          <w:rFonts w:cs="Times New Roman"/>
          <w:szCs w:val="26"/>
        </w:rPr>
        <w:t xml:space="preserve"> khuyến khích học viên sử dụng ngoại ngữ thường xuyên, tăng cường thực hành, sửa lỗi và phản xạ.</w:t>
      </w:r>
    </w:p>
    <w:p w14:paraId="7778C73E" w14:textId="1776D6E5"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Cơ</w:t>
      </w:r>
      <w:proofErr w:type="spellEnd"/>
      <w:r w:rsidRPr="007E08A0">
        <w:rPr>
          <w:rFonts w:cs="Times New Roman"/>
          <w:szCs w:val="26"/>
        </w:rPr>
        <w:t xml:space="preserve"> </w:t>
      </w:r>
      <w:proofErr w:type="spellStart"/>
      <w:r w:rsidRPr="007E08A0">
        <w:rPr>
          <w:rFonts w:cs="Times New Roman"/>
          <w:szCs w:val="26"/>
        </w:rPr>
        <w:t>chế</w:t>
      </w:r>
      <w:proofErr w:type="spellEnd"/>
      <w:r w:rsidRPr="007E08A0">
        <w:rPr>
          <w:rFonts w:cs="Times New Roman"/>
          <w:szCs w:val="26"/>
        </w:rPr>
        <w:t xml:space="preserve"> </w:t>
      </w:r>
      <w:proofErr w:type="spellStart"/>
      <w:r w:rsidRPr="007E08A0">
        <w:rPr>
          <w:rFonts w:cs="Times New Roman"/>
          <w:szCs w:val="26"/>
        </w:rPr>
        <w:t>hỗ</w:t>
      </w:r>
      <w:proofErr w:type="spellEnd"/>
      <w:r w:rsidRPr="007E08A0">
        <w:rPr>
          <w:rFonts w:cs="Times New Roman"/>
          <w:szCs w:val="26"/>
        </w:rPr>
        <w:t xml:space="preserve"> </w:t>
      </w:r>
      <w:proofErr w:type="spellStart"/>
      <w:r w:rsidRPr="007E08A0">
        <w:rPr>
          <w:rFonts w:cs="Times New Roman"/>
          <w:szCs w:val="26"/>
        </w:rPr>
        <w:t>trợ</w:t>
      </w:r>
      <w:proofErr w:type="spellEnd"/>
      <w:r w:rsidRPr="007E08A0">
        <w:rPr>
          <w:rFonts w:cs="Times New Roman"/>
          <w:szCs w:val="26"/>
        </w:rPr>
        <w:t xml:space="preserve"> học viên trong quá trình học, bao gồm tư vấn, theo dõi, nhắc lịch, tiếp nhận phản hồi và xử lý vấn đề phát sinh.</w:t>
      </w:r>
    </w:p>
    <w:p w14:paraId="6F8081F1" w14:textId="4B6C05C5" w:rsidR="00C80364" w:rsidRPr="007E08A0" w:rsidRDefault="00000000" w:rsidP="00C82D4D">
      <w:pPr>
        <w:spacing w:after="0" w:line="360" w:lineRule="auto"/>
        <w:ind w:firstLine="720"/>
        <w:jc w:val="both"/>
        <w:rPr>
          <w:rFonts w:cs="Times New Roman"/>
          <w:szCs w:val="26"/>
        </w:rPr>
      </w:pPr>
      <w:proofErr w:type="spellStart"/>
      <w:r w:rsidRPr="007E08A0">
        <w:rPr>
          <w:rFonts w:cs="Times New Roman"/>
          <w:szCs w:val="26"/>
        </w:rPr>
        <w:t>Đối</w:t>
      </w:r>
      <w:proofErr w:type="spellEnd"/>
      <w:r w:rsidRPr="007E08A0">
        <w:rPr>
          <w:rFonts w:cs="Times New Roman"/>
          <w:szCs w:val="26"/>
        </w:rPr>
        <w:t xml:space="preserve"> </w:t>
      </w:r>
      <w:proofErr w:type="spellStart"/>
      <w:r w:rsidRPr="007E08A0">
        <w:rPr>
          <w:rFonts w:cs="Times New Roman"/>
          <w:szCs w:val="26"/>
        </w:rPr>
        <w:t>với</w:t>
      </w:r>
      <w:proofErr w:type="spellEnd"/>
      <w:r w:rsidRPr="007E08A0">
        <w:rPr>
          <w:rFonts w:cs="Times New Roman"/>
          <w:szCs w:val="26"/>
        </w:rPr>
        <w:t xml:space="preserve"> </w:t>
      </w:r>
      <w:proofErr w:type="spellStart"/>
      <w:r w:rsidRPr="007E08A0">
        <w:rPr>
          <w:rFonts w:cs="Times New Roman"/>
          <w:szCs w:val="26"/>
        </w:rPr>
        <w:t>các</w:t>
      </w:r>
      <w:proofErr w:type="spellEnd"/>
      <w:r w:rsidRPr="007E08A0">
        <w:rPr>
          <w:rFonts w:cs="Times New Roman"/>
          <w:szCs w:val="26"/>
        </w:rPr>
        <w:t xml:space="preserve"> </w:t>
      </w:r>
      <w:proofErr w:type="spellStart"/>
      <w:r w:rsidRPr="007E08A0">
        <w:rPr>
          <w:rFonts w:cs="Times New Roman"/>
          <w:szCs w:val="26"/>
        </w:rPr>
        <w:t>ngoại</w:t>
      </w:r>
      <w:proofErr w:type="spellEnd"/>
      <w:r w:rsidRPr="007E08A0">
        <w:rPr>
          <w:rFonts w:cs="Times New Roman"/>
          <w:szCs w:val="26"/>
        </w:rPr>
        <w:t xml:space="preserve"> ngữ có hệ chữ riêng như tiếng Nhật, tiếng Hàn và tiếng Trung, trung tâm chú trọng tài liệu nhận diện chữ viết, phát âm, viết chữ, đọc hiểu và luyện tập ghi nhớ phù hợp.</w:t>
      </w:r>
    </w:p>
    <w:p w14:paraId="3005F476"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XII. Cam kết về quyền lợi học viên</w:t>
      </w:r>
    </w:p>
    <w:p w14:paraId="6F801AB9" w14:textId="527697E2"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Được</w:t>
      </w:r>
      <w:proofErr w:type="spellEnd"/>
      <w:r w:rsidR="00000000" w:rsidRPr="007E08A0">
        <w:rPr>
          <w:rFonts w:cs="Times New Roman"/>
          <w:szCs w:val="26"/>
        </w:rPr>
        <w:t xml:space="preserve"> </w:t>
      </w:r>
      <w:proofErr w:type="spellStart"/>
      <w:r w:rsidR="00000000" w:rsidRPr="007E08A0">
        <w:rPr>
          <w:rFonts w:cs="Times New Roman"/>
          <w:szCs w:val="26"/>
        </w:rPr>
        <w:t>tư</w:t>
      </w:r>
      <w:proofErr w:type="spellEnd"/>
      <w:r w:rsidR="00000000" w:rsidRPr="007E08A0">
        <w:rPr>
          <w:rFonts w:cs="Times New Roman"/>
          <w:szCs w:val="26"/>
        </w:rPr>
        <w:t xml:space="preserve"> </w:t>
      </w:r>
      <w:proofErr w:type="spellStart"/>
      <w:r w:rsidR="00000000" w:rsidRPr="007E08A0">
        <w:rPr>
          <w:rFonts w:cs="Times New Roman"/>
          <w:szCs w:val="26"/>
        </w:rPr>
        <w:t>vấn</w:t>
      </w:r>
      <w:proofErr w:type="spellEnd"/>
      <w:r w:rsidR="00000000" w:rsidRPr="007E08A0">
        <w:rPr>
          <w:rFonts w:cs="Times New Roman"/>
          <w:szCs w:val="26"/>
        </w:rPr>
        <w:t xml:space="preserve"> </w:t>
      </w:r>
      <w:proofErr w:type="spellStart"/>
      <w:r w:rsidR="00000000" w:rsidRPr="007E08A0">
        <w:rPr>
          <w:rFonts w:cs="Times New Roman"/>
          <w:szCs w:val="26"/>
        </w:rPr>
        <w:t>chương</w:t>
      </w:r>
      <w:proofErr w:type="spellEnd"/>
      <w:r w:rsidR="00000000" w:rsidRPr="007E08A0">
        <w:rPr>
          <w:rFonts w:cs="Times New Roman"/>
          <w:szCs w:val="26"/>
        </w:rPr>
        <w:t xml:space="preserve"> trình học phù hợp với trình độ, mục tiêu và điều kiện cá nhân.</w:t>
      </w:r>
    </w:p>
    <w:p w14:paraId="208E0C77" w14:textId="575F954F"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Được</w:t>
      </w:r>
      <w:proofErr w:type="spellEnd"/>
      <w:r w:rsidR="00000000" w:rsidRPr="007E08A0">
        <w:rPr>
          <w:rFonts w:cs="Times New Roman"/>
          <w:szCs w:val="26"/>
        </w:rPr>
        <w:t xml:space="preserve"> </w:t>
      </w:r>
      <w:proofErr w:type="spellStart"/>
      <w:r w:rsidR="00000000" w:rsidRPr="007E08A0">
        <w:rPr>
          <w:rFonts w:cs="Times New Roman"/>
          <w:szCs w:val="26"/>
        </w:rPr>
        <w:t>kiểm</w:t>
      </w:r>
      <w:proofErr w:type="spellEnd"/>
      <w:r w:rsidR="00000000" w:rsidRPr="007E08A0">
        <w:rPr>
          <w:rFonts w:cs="Times New Roman"/>
          <w:szCs w:val="26"/>
        </w:rPr>
        <w:t xml:space="preserve"> </w:t>
      </w:r>
      <w:proofErr w:type="spellStart"/>
      <w:r w:rsidR="00000000" w:rsidRPr="007E08A0">
        <w:rPr>
          <w:rFonts w:cs="Times New Roman"/>
          <w:szCs w:val="26"/>
        </w:rPr>
        <w:t>tra</w:t>
      </w:r>
      <w:proofErr w:type="spellEnd"/>
      <w:r w:rsidR="00000000" w:rsidRPr="007E08A0">
        <w:rPr>
          <w:rFonts w:cs="Times New Roman"/>
          <w:szCs w:val="26"/>
        </w:rPr>
        <w:t xml:space="preserve"> </w:t>
      </w:r>
      <w:proofErr w:type="spellStart"/>
      <w:r w:rsidR="00000000" w:rsidRPr="007E08A0">
        <w:rPr>
          <w:rFonts w:cs="Times New Roman"/>
          <w:szCs w:val="26"/>
        </w:rPr>
        <w:t>đầu</w:t>
      </w:r>
      <w:proofErr w:type="spellEnd"/>
      <w:r w:rsidR="00000000" w:rsidRPr="007E08A0">
        <w:rPr>
          <w:rFonts w:cs="Times New Roman"/>
          <w:szCs w:val="26"/>
        </w:rPr>
        <w:t xml:space="preserve"> vào hoặc đánh giá trình độ trước khi xây dựng lộ trình học.</w:t>
      </w:r>
    </w:p>
    <w:p w14:paraId="04810262" w14:textId="0E440253"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Được</w:t>
      </w:r>
      <w:proofErr w:type="spellEnd"/>
      <w:r w:rsidR="00000000" w:rsidRPr="007E08A0">
        <w:rPr>
          <w:rFonts w:cs="Times New Roman"/>
          <w:szCs w:val="26"/>
        </w:rPr>
        <w:t xml:space="preserve"> </w:t>
      </w:r>
      <w:proofErr w:type="spellStart"/>
      <w:r w:rsidR="00000000" w:rsidRPr="007E08A0">
        <w:rPr>
          <w:rFonts w:cs="Times New Roman"/>
          <w:szCs w:val="26"/>
        </w:rPr>
        <w:t>cung</w:t>
      </w:r>
      <w:proofErr w:type="spellEnd"/>
      <w:r w:rsidR="00000000" w:rsidRPr="007E08A0">
        <w:rPr>
          <w:rFonts w:cs="Times New Roman"/>
          <w:szCs w:val="26"/>
        </w:rPr>
        <w:t xml:space="preserve"> </w:t>
      </w:r>
      <w:proofErr w:type="spellStart"/>
      <w:r w:rsidR="00000000" w:rsidRPr="007E08A0">
        <w:rPr>
          <w:rFonts w:cs="Times New Roman"/>
          <w:szCs w:val="26"/>
        </w:rPr>
        <w:t>cấp</w:t>
      </w:r>
      <w:proofErr w:type="spellEnd"/>
      <w:r w:rsidR="00000000" w:rsidRPr="007E08A0">
        <w:rPr>
          <w:rFonts w:cs="Times New Roman"/>
          <w:szCs w:val="26"/>
        </w:rPr>
        <w:t xml:space="preserve"> </w:t>
      </w:r>
      <w:proofErr w:type="spellStart"/>
      <w:r w:rsidR="00000000" w:rsidRPr="007E08A0">
        <w:rPr>
          <w:rFonts w:cs="Times New Roman"/>
          <w:szCs w:val="26"/>
        </w:rPr>
        <w:t>thông</w:t>
      </w:r>
      <w:proofErr w:type="spellEnd"/>
      <w:r w:rsidR="00000000" w:rsidRPr="007E08A0">
        <w:rPr>
          <w:rFonts w:cs="Times New Roman"/>
          <w:szCs w:val="26"/>
        </w:rPr>
        <w:t xml:space="preserve"> tin về chương trình, học phí, thời lượng, hình thức học, chính sách học tập và điều kiện áp dụng cam kết đầu ra.</w:t>
      </w:r>
    </w:p>
    <w:p w14:paraId="64451236" w14:textId="16FED3A7"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Được</w:t>
      </w:r>
      <w:proofErr w:type="spellEnd"/>
      <w:r w:rsidR="00000000" w:rsidRPr="007E08A0">
        <w:rPr>
          <w:rFonts w:cs="Times New Roman"/>
          <w:szCs w:val="26"/>
        </w:rPr>
        <w:t xml:space="preserve"> </w:t>
      </w:r>
      <w:proofErr w:type="spellStart"/>
      <w:r w:rsidR="00000000" w:rsidRPr="007E08A0">
        <w:rPr>
          <w:rFonts w:cs="Times New Roman"/>
          <w:szCs w:val="26"/>
        </w:rPr>
        <w:t>học</w:t>
      </w:r>
      <w:proofErr w:type="spellEnd"/>
      <w:r w:rsidR="00000000" w:rsidRPr="007E08A0">
        <w:rPr>
          <w:rFonts w:cs="Times New Roman"/>
          <w:szCs w:val="26"/>
        </w:rPr>
        <w:t xml:space="preserve"> </w:t>
      </w:r>
      <w:proofErr w:type="spellStart"/>
      <w:r w:rsidR="00000000" w:rsidRPr="007E08A0">
        <w:rPr>
          <w:rFonts w:cs="Times New Roman"/>
          <w:szCs w:val="26"/>
        </w:rPr>
        <w:t>theo</w:t>
      </w:r>
      <w:proofErr w:type="spellEnd"/>
      <w:r w:rsidR="00000000" w:rsidRPr="007E08A0">
        <w:rPr>
          <w:rFonts w:cs="Times New Roman"/>
          <w:szCs w:val="26"/>
        </w:rPr>
        <w:t xml:space="preserve"> chương trình và lộ trình đã được thống nhất.</w:t>
      </w:r>
    </w:p>
    <w:p w14:paraId="48D88CB1" w14:textId="319353B4"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Được</w:t>
      </w:r>
      <w:proofErr w:type="spellEnd"/>
      <w:r w:rsidR="00000000" w:rsidRPr="007E08A0">
        <w:rPr>
          <w:rFonts w:cs="Times New Roman"/>
          <w:szCs w:val="26"/>
        </w:rPr>
        <w:t xml:space="preserve"> </w:t>
      </w:r>
      <w:proofErr w:type="spellStart"/>
      <w:r w:rsidR="00000000" w:rsidRPr="007E08A0">
        <w:rPr>
          <w:rFonts w:cs="Times New Roman"/>
          <w:szCs w:val="26"/>
        </w:rPr>
        <w:t>theo</w:t>
      </w:r>
      <w:proofErr w:type="spellEnd"/>
      <w:r w:rsidR="00000000" w:rsidRPr="007E08A0">
        <w:rPr>
          <w:rFonts w:cs="Times New Roman"/>
          <w:szCs w:val="26"/>
        </w:rPr>
        <w:t xml:space="preserve"> </w:t>
      </w:r>
      <w:proofErr w:type="spellStart"/>
      <w:r w:rsidR="00000000" w:rsidRPr="007E08A0">
        <w:rPr>
          <w:rFonts w:cs="Times New Roman"/>
          <w:szCs w:val="26"/>
        </w:rPr>
        <w:t>dõi</w:t>
      </w:r>
      <w:proofErr w:type="spellEnd"/>
      <w:r w:rsidR="00000000" w:rsidRPr="007E08A0">
        <w:rPr>
          <w:rFonts w:cs="Times New Roman"/>
          <w:szCs w:val="26"/>
        </w:rPr>
        <w:t xml:space="preserve"> tiến bộ và nhận phản hồi trong quá trình học.</w:t>
      </w:r>
    </w:p>
    <w:p w14:paraId="369A2B6F" w14:textId="004E158C" w:rsidR="00C80364" w:rsidRPr="007E08A0" w:rsidRDefault="00C82D4D" w:rsidP="00C82D4D">
      <w:pPr>
        <w:spacing w:after="0" w:line="360" w:lineRule="auto"/>
        <w:ind w:firstLine="720"/>
        <w:jc w:val="both"/>
        <w:rPr>
          <w:rFonts w:cs="Times New Roman"/>
          <w:szCs w:val="26"/>
        </w:rPr>
      </w:pPr>
      <w:r>
        <w:rPr>
          <w:rFonts w:cs="Times New Roman"/>
          <w:szCs w:val="26"/>
        </w:rPr>
        <w:lastRenderedPageBreak/>
        <w:t>-</w:t>
      </w:r>
      <w:r w:rsidR="00000000" w:rsidRPr="007E08A0">
        <w:rPr>
          <w:rFonts w:cs="Times New Roman"/>
          <w:szCs w:val="26"/>
        </w:rPr>
        <w:t xml:space="preserve"> </w:t>
      </w:r>
      <w:proofErr w:type="spellStart"/>
      <w:r w:rsidR="00000000" w:rsidRPr="007E08A0">
        <w:rPr>
          <w:rFonts w:cs="Times New Roman"/>
          <w:szCs w:val="26"/>
        </w:rPr>
        <w:t>Được</w:t>
      </w:r>
      <w:proofErr w:type="spellEnd"/>
      <w:r w:rsidR="00000000" w:rsidRPr="007E08A0">
        <w:rPr>
          <w:rFonts w:cs="Times New Roman"/>
          <w:szCs w:val="26"/>
        </w:rPr>
        <w:t xml:space="preserve"> </w:t>
      </w:r>
      <w:proofErr w:type="spellStart"/>
      <w:r w:rsidR="00000000" w:rsidRPr="007E08A0">
        <w:rPr>
          <w:rFonts w:cs="Times New Roman"/>
          <w:szCs w:val="26"/>
        </w:rPr>
        <w:t>tham</w:t>
      </w:r>
      <w:proofErr w:type="spellEnd"/>
      <w:r w:rsidR="00000000" w:rsidRPr="007E08A0">
        <w:rPr>
          <w:rFonts w:cs="Times New Roman"/>
          <w:szCs w:val="26"/>
        </w:rPr>
        <w:t xml:space="preserve"> </w:t>
      </w:r>
      <w:proofErr w:type="spellStart"/>
      <w:r w:rsidR="00000000" w:rsidRPr="007E08A0">
        <w:rPr>
          <w:rFonts w:cs="Times New Roman"/>
          <w:szCs w:val="26"/>
        </w:rPr>
        <w:t>gia</w:t>
      </w:r>
      <w:proofErr w:type="spellEnd"/>
      <w:r w:rsidR="00000000" w:rsidRPr="007E08A0">
        <w:rPr>
          <w:rFonts w:cs="Times New Roman"/>
          <w:szCs w:val="26"/>
        </w:rPr>
        <w:t xml:space="preserve"> kiểm tra, đánh giá hoặc mock test theo quy định của từng chương trình.</w:t>
      </w:r>
    </w:p>
    <w:p w14:paraId="5380FF97" w14:textId="061B8F59"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Được</w:t>
      </w:r>
      <w:proofErr w:type="spellEnd"/>
      <w:r w:rsidR="00000000" w:rsidRPr="007E08A0">
        <w:rPr>
          <w:rFonts w:cs="Times New Roman"/>
          <w:szCs w:val="26"/>
        </w:rPr>
        <w:t xml:space="preserve"> </w:t>
      </w:r>
      <w:proofErr w:type="spellStart"/>
      <w:r w:rsidR="00000000" w:rsidRPr="007E08A0">
        <w:rPr>
          <w:rFonts w:cs="Times New Roman"/>
          <w:szCs w:val="26"/>
        </w:rPr>
        <w:t>bảo</w:t>
      </w:r>
      <w:proofErr w:type="spellEnd"/>
      <w:r w:rsidR="00000000" w:rsidRPr="007E08A0">
        <w:rPr>
          <w:rFonts w:cs="Times New Roman"/>
          <w:szCs w:val="26"/>
        </w:rPr>
        <w:t xml:space="preserve"> </w:t>
      </w:r>
      <w:proofErr w:type="spellStart"/>
      <w:r w:rsidR="00000000" w:rsidRPr="007E08A0">
        <w:rPr>
          <w:rFonts w:cs="Times New Roman"/>
          <w:szCs w:val="26"/>
        </w:rPr>
        <w:t>vệ</w:t>
      </w:r>
      <w:proofErr w:type="spellEnd"/>
      <w:r w:rsidR="00000000" w:rsidRPr="007E08A0">
        <w:rPr>
          <w:rFonts w:cs="Times New Roman"/>
          <w:szCs w:val="26"/>
        </w:rPr>
        <w:t xml:space="preserve"> quyền lợi chính đáng theo hợp đồng, phiếu đăng ký hoặc thỏa thuận đào tạo.</w:t>
      </w:r>
    </w:p>
    <w:p w14:paraId="16DA1B86" w14:textId="25E865FA"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Được</w:t>
      </w:r>
      <w:proofErr w:type="spellEnd"/>
      <w:r w:rsidR="00000000" w:rsidRPr="007E08A0">
        <w:rPr>
          <w:rFonts w:cs="Times New Roman"/>
          <w:szCs w:val="26"/>
        </w:rPr>
        <w:t xml:space="preserve"> </w:t>
      </w:r>
      <w:proofErr w:type="spellStart"/>
      <w:r w:rsidR="00000000" w:rsidRPr="007E08A0">
        <w:rPr>
          <w:rFonts w:cs="Times New Roman"/>
          <w:szCs w:val="26"/>
        </w:rPr>
        <w:t>gửi</w:t>
      </w:r>
      <w:proofErr w:type="spellEnd"/>
      <w:r w:rsidR="00000000" w:rsidRPr="007E08A0">
        <w:rPr>
          <w:rFonts w:cs="Times New Roman"/>
          <w:szCs w:val="26"/>
        </w:rPr>
        <w:t xml:space="preserve"> </w:t>
      </w:r>
      <w:proofErr w:type="spellStart"/>
      <w:r w:rsidR="00000000" w:rsidRPr="007E08A0">
        <w:rPr>
          <w:rFonts w:cs="Times New Roman"/>
          <w:szCs w:val="26"/>
        </w:rPr>
        <w:t>phản</w:t>
      </w:r>
      <w:proofErr w:type="spellEnd"/>
      <w:r w:rsidR="00000000" w:rsidRPr="007E08A0">
        <w:rPr>
          <w:rFonts w:cs="Times New Roman"/>
          <w:szCs w:val="26"/>
        </w:rPr>
        <w:t xml:space="preserve"> ánh, góp ý hoặc khiếu nại về chất lượng giảng dạy, dịch vụ và môi trường học tập.</w:t>
      </w:r>
    </w:p>
    <w:p w14:paraId="485EAB16"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XIII. Trách nhiệm của học viên</w:t>
      </w:r>
    </w:p>
    <w:p w14:paraId="72D648CD" w14:textId="4BA7BEE3"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Tham</w:t>
      </w:r>
      <w:proofErr w:type="spellEnd"/>
      <w:r w:rsidR="00000000" w:rsidRPr="007E08A0">
        <w:rPr>
          <w:rFonts w:cs="Times New Roman"/>
          <w:szCs w:val="26"/>
        </w:rPr>
        <w:t xml:space="preserve"> </w:t>
      </w:r>
      <w:proofErr w:type="spellStart"/>
      <w:r w:rsidR="00000000" w:rsidRPr="007E08A0">
        <w:rPr>
          <w:rFonts w:cs="Times New Roman"/>
          <w:szCs w:val="26"/>
        </w:rPr>
        <w:t>gia</w:t>
      </w:r>
      <w:proofErr w:type="spellEnd"/>
      <w:r w:rsidR="00000000" w:rsidRPr="007E08A0">
        <w:rPr>
          <w:rFonts w:cs="Times New Roman"/>
          <w:szCs w:val="26"/>
        </w:rPr>
        <w:t xml:space="preserve"> </w:t>
      </w:r>
      <w:proofErr w:type="spellStart"/>
      <w:r w:rsidR="00000000" w:rsidRPr="007E08A0">
        <w:rPr>
          <w:rFonts w:cs="Times New Roman"/>
          <w:szCs w:val="26"/>
        </w:rPr>
        <w:t>đầy</w:t>
      </w:r>
      <w:proofErr w:type="spellEnd"/>
      <w:r w:rsidR="00000000" w:rsidRPr="007E08A0">
        <w:rPr>
          <w:rFonts w:cs="Times New Roman"/>
          <w:szCs w:val="26"/>
        </w:rPr>
        <w:t xml:space="preserve"> </w:t>
      </w:r>
      <w:proofErr w:type="spellStart"/>
      <w:r w:rsidR="00000000" w:rsidRPr="007E08A0">
        <w:rPr>
          <w:rFonts w:cs="Times New Roman"/>
          <w:szCs w:val="26"/>
        </w:rPr>
        <w:t>đủ</w:t>
      </w:r>
      <w:proofErr w:type="spellEnd"/>
      <w:r w:rsidR="00000000" w:rsidRPr="007E08A0">
        <w:rPr>
          <w:rFonts w:cs="Times New Roman"/>
          <w:szCs w:val="26"/>
        </w:rPr>
        <w:t xml:space="preserve"> thời lượng học theo lộ trình đã đăng ký.</w:t>
      </w:r>
    </w:p>
    <w:p w14:paraId="21B3CA33" w14:textId="701E953B"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Hoàn </w:t>
      </w:r>
      <w:proofErr w:type="spellStart"/>
      <w:r w:rsidR="00000000" w:rsidRPr="007E08A0">
        <w:rPr>
          <w:rFonts w:cs="Times New Roman"/>
          <w:szCs w:val="26"/>
        </w:rPr>
        <w:t>thành</w:t>
      </w:r>
      <w:proofErr w:type="spellEnd"/>
      <w:r w:rsidR="00000000" w:rsidRPr="007E08A0">
        <w:rPr>
          <w:rFonts w:cs="Times New Roman"/>
          <w:szCs w:val="26"/>
        </w:rPr>
        <w:t xml:space="preserve"> </w:t>
      </w:r>
      <w:proofErr w:type="spellStart"/>
      <w:r w:rsidR="00000000" w:rsidRPr="007E08A0">
        <w:rPr>
          <w:rFonts w:cs="Times New Roman"/>
          <w:szCs w:val="26"/>
        </w:rPr>
        <w:t>bài</w:t>
      </w:r>
      <w:proofErr w:type="spellEnd"/>
      <w:r w:rsidR="00000000" w:rsidRPr="007E08A0">
        <w:rPr>
          <w:rFonts w:cs="Times New Roman"/>
          <w:szCs w:val="26"/>
        </w:rPr>
        <w:t xml:space="preserve"> tập, bài kiểm tra và yêu cầu học tập đúng hạn.</w:t>
      </w:r>
    </w:p>
    <w:p w14:paraId="0960C565" w14:textId="5E7294B1"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Tuân</w:t>
      </w:r>
      <w:proofErr w:type="spellEnd"/>
      <w:r w:rsidR="00000000" w:rsidRPr="007E08A0">
        <w:rPr>
          <w:rFonts w:cs="Times New Roman"/>
          <w:szCs w:val="26"/>
        </w:rPr>
        <w:t xml:space="preserve"> </w:t>
      </w:r>
      <w:proofErr w:type="spellStart"/>
      <w:r w:rsidR="00000000" w:rsidRPr="007E08A0">
        <w:rPr>
          <w:rFonts w:cs="Times New Roman"/>
          <w:szCs w:val="26"/>
        </w:rPr>
        <w:t>thủ</w:t>
      </w:r>
      <w:proofErr w:type="spellEnd"/>
      <w:r w:rsidR="00000000" w:rsidRPr="007E08A0">
        <w:rPr>
          <w:rFonts w:cs="Times New Roman"/>
          <w:szCs w:val="26"/>
        </w:rPr>
        <w:t xml:space="preserve"> </w:t>
      </w:r>
      <w:proofErr w:type="spellStart"/>
      <w:r w:rsidR="00000000" w:rsidRPr="007E08A0">
        <w:rPr>
          <w:rFonts w:cs="Times New Roman"/>
          <w:szCs w:val="26"/>
        </w:rPr>
        <w:t>nội</w:t>
      </w:r>
      <w:proofErr w:type="spellEnd"/>
      <w:r w:rsidR="00000000" w:rsidRPr="007E08A0">
        <w:rPr>
          <w:rFonts w:cs="Times New Roman"/>
          <w:szCs w:val="26"/>
        </w:rPr>
        <w:t xml:space="preserve"> </w:t>
      </w:r>
      <w:proofErr w:type="spellStart"/>
      <w:r w:rsidR="00000000" w:rsidRPr="007E08A0">
        <w:rPr>
          <w:rFonts w:cs="Times New Roman"/>
          <w:szCs w:val="26"/>
        </w:rPr>
        <w:t>quy</w:t>
      </w:r>
      <w:proofErr w:type="spellEnd"/>
      <w:r w:rsidR="00000000" w:rsidRPr="007E08A0">
        <w:rPr>
          <w:rFonts w:cs="Times New Roman"/>
          <w:szCs w:val="26"/>
        </w:rPr>
        <w:t xml:space="preserve"> lớp học, quy định chuyên cần, quy định kiểm tra đánh giá và quy định sử dụng tài liệu/hệ thống học tập.</w:t>
      </w:r>
    </w:p>
    <w:p w14:paraId="60817660" w14:textId="61CF6873"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Chủ</w:t>
      </w:r>
      <w:proofErr w:type="spellEnd"/>
      <w:r w:rsidR="00000000" w:rsidRPr="007E08A0">
        <w:rPr>
          <w:rFonts w:cs="Times New Roman"/>
          <w:szCs w:val="26"/>
        </w:rPr>
        <w:t xml:space="preserve"> </w:t>
      </w:r>
      <w:proofErr w:type="spellStart"/>
      <w:r w:rsidR="00000000" w:rsidRPr="007E08A0">
        <w:rPr>
          <w:rFonts w:cs="Times New Roman"/>
          <w:szCs w:val="26"/>
        </w:rPr>
        <w:t>động</w:t>
      </w:r>
      <w:proofErr w:type="spellEnd"/>
      <w:r w:rsidR="00000000" w:rsidRPr="007E08A0">
        <w:rPr>
          <w:rFonts w:cs="Times New Roman"/>
          <w:szCs w:val="26"/>
        </w:rPr>
        <w:t xml:space="preserve"> </w:t>
      </w:r>
      <w:proofErr w:type="spellStart"/>
      <w:r w:rsidR="00000000" w:rsidRPr="007E08A0">
        <w:rPr>
          <w:rFonts w:cs="Times New Roman"/>
          <w:szCs w:val="26"/>
        </w:rPr>
        <w:t>thông</w:t>
      </w:r>
      <w:proofErr w:type="spellEnd"/>
      <w:r w:rsidR="00000000" w:rsidRPr="007E08A0">
        <w:rPr>
          <w:rFonts w:cs="Times New Roman"/>
          <w:szCs w:val="26"/>
        </w:rPr>
        <w:t xml:space="preserve"> </w:t>
      </w:r>
      <w:proofErr w:type="spellStart"/>
      <w:r w:rsidR="00000000" w:rsidRPr="007E08A0">
        <w:rPr>
          <w:rFonts w:cs="Times New Roman"/>
          <w:szCs w:val="26"/>
        </w:rPr>
        <w:t>báo</w:t>
      </w:r>
      <w:proofErr w:type="spellEnd"/>
      <w:r w:rsidR="00000000" w:rsidRPr="007E08A0">
        <w:rPr>
          <w:rFonts w:cs="Times New Roman"/>
          <w:szCs w:val="26"/>
        </w:rPr>
        <w:t xml:space="preserve"> cho trung tâm khi gặp khó khăn trong quá trình học.</w:t>
      </w:r>
    </w:p>
    <w:p w14:paraId="61A7340A" w14:textId="77E3179C"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Phối</w:t>
      </w:r>
      <w:proofErr w:type="spellEnd"/>
      <w:r w:rsidR="00000000" w:rsidRPr="007E08A0">
        <w:rPr>
          <w:rFonts w:cs="Times New Roman"/>
          <w:szCs w:val="26"/>
        </w:rPr>
        <w:t xml:space="preserve"> </w:t>
      </w:r>
      <w:proofErr w:type="spellStart"/>
      <w:r w:rsidR="00000000" w:rsidRPr="007E08A0">
        <w:rPr>
          <w:rFonts w:cs="Times New Roman"/>
          <w:szCs w:val="26"/>
        </w:rPr>
        <w:t>hợp</w:t>
      </w:r>
      <w:proofErr w:type="spellEnd"/>
      <w:r w:rsidR="00000000" w:rsidRPr="007E08A0">
        <w:rPr>
          <w:rFonts w:cs="Times New Roman"/>
          <w:szCs w:val="26"/>
        </w:rPr>
        <w:t xml:space="preserve"> </w:t>
      </w:r>
      <w:proofErr w:type="spellStart"/>
      <w:r w:rsidR="00000000" w:rsidRPr="007E08A0">
        <w:rPr>
          <w:rFonts w:cs="Times New Roman"/>
          <w:szCs w:val="26"/>
        </w:rPr>
        <w:t>với</w:t>
      </w:r>
      <w:proofErr w:type="spellEnd"/>
      <w:r w:rsidR="00000000" w:rsidRPr="007E08A0">
        <w:rPr>
          <w:rFonts w:cs="Times New Roman"/>
          <w:szCs w:val="26"/>
        </w:rPr>
        <w:t xml:space="preserve"> </w:t>
      </w:r>
      <w:proofErr w:type="spellStart"/>
      <w:r w:rsidR="00000000" w:rsidRPr="007E08A0">
        <w:rPr>
          <w:rFonts w:cs="Times New Roman"/>
          <w:szCs w:val="26"/>
        </w:rPr>
        <w:t>giáo</w:t>
      </w:r>
      <w:proofErr w:type="spellEnd"/>
      <w:r w:rsidR="00000000" w:rsidRPr="007E08A0">
        <w:rPr>
          <w:rFonts w:cs="Times New Roman"/>
          <w:szCs w:val="26"/>
        </w:rPr>
        <w:t xml:space="preserve"> viên, coach và bộ phận quản lý học viên để điều chỉnh phương pháp học khi cần thiết.</w:t>
      </w:r>
    </w:p>
    <w:p w14:paraId="66844470" w14:textId="0A080359"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Không</w:t>
      </w:r>
      <w:proofErr w:type="spellEnd"/>
      <w:r w:rsidR="00000000" w:rsidRPr="007E08A0">
        <w:rPr>
          <w:rFonts w:cs="Times New Roman"/>
          <w:szCs w:val="26"/>
        </w:rPr>
        <w:t xml:space="preserve"> </w:t>
      </w:r>
      <w:proofErr w:type="spellStart"/>
      <w:r w:rsidR="00000000" w:rsidRPr="007E08A0">
        <w:rPr>
          <w:rFonts w:cs="Times New Roman"/>
          <w:szCs w:val="26"/>
        </w:rPr>
        <w:t>sử</w:t>
      </w:r>
      <w:proofErr w:type="spellEnd"/>
      <w:r w:rsidR="00000000" w:rsidRPr="007E08A0">
        <w:rPr>
          <w:rFonts w:cs="Times New Roman"/>
          <w:szCs w:val="26"/>
        </w:rPr>
        <w:t xml:space="preserve"> </w:t>
      </w:r>
      <w:proofErr w:type="spellStart"/>
      <w:r w:rsidR="00000000" w:rsidRPr="007E08A0">
        <w:rPr>
          <w:rFonts w:cs="Times New Roman"/>
          <w:szCs w:val="26"/>
        </w:rPr>
        <w:t>dụng</w:t>
      </w:r>
      <w:proofErr w:type="spellEnd"/>
      <w:r w:rsidR="00000000" w:rsidRPr="007E08A0">
        <w:rPr>
          <w:rFonts w:cs="Times New Roman"/>
          <w:szCs w:val="26"/>
        </w:rPr>
        <w:t xml:space="preserve"> cam kết đầu ra ngoài phạm vi điều kiện đã được công bố hoặc thỏa thuận.</w:t>
      </w:r>
    </w:p>
    <w:p w14:paraId="7B427099" w14:textId="00C9CAF7"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Đối</w:t>
      </w:r>
      <w:proofErr w:type="spellEnd"/>
      <w:r w:rsidR="00000000" w:rsidRPr="007E08A0">
        <w:rPr>
          <w:rFonts w:cs="Times New Roman"/>
          <w:szCs w:val="26"/>
        </w:rPr>
        <w:t xml:space="preserve"> </w:t>
      </w:r>
      <w:proofErr w:type="spellStart"/>
      <w:r w:rsidR="00000000" w:rsidRPr="007E08A0">
        <w:rPr>
          <w:rFonts w:cs="Times New Roman"/>
          <w:szCs w:val="26"/>
        </w:rPr>
        <w:t>với</w:t>
      </w:r>
      <w:proofErr w:type="spellEnd"/>
      <w:r w:rsidR="00000000" w:rsidRPr="007E08A0">
        <w:rPr>
          <w:rFonts w:cs="Times New Roman"/>
          <w:szCs w:val="26"/>
        </w:rPr>
        <w:t xml:space="preserve"> </w:t>
      </w:r>
      <w:proofErr w:type="spellStart"/>
      <w:r w:rsidR="00000000" w:rsidRPr="007E08A0">
        <w:rPr>
          <w:rFonts w:cs="Times New Roman"/>
          <w:szCs w:val="26"/>
        </w:rPr>
        <w:t>các</w:t>
      </w:r>
      <w:proofErr w:type="spellEnd"/>
      <w:r w:rsidR="00000000" w:rsidRPr="007E08A0">
        <w:rPr>
          <w:rFonts w:cs="Times New Roman"/>
          <w:szCs w:val="26"/>
        </w:rPr>
        <w:t xml:space="preserve"> </w:t>
      </w:r>
      <w:proofErr w:type="spellStart"/>
      <w:r w:rsidR="00000000" w:rsidRPr="007E08A0">
        <w:rPr>
          <w:rFonts w:cs="Times New Roman"/>
          <w:szCs w:val="26"/>
        </w:rPr>
        <w:t>chương</w:t>
      </w:r>
      <w:proofErr w:type="spellEnd"/>
      <w:r w:rsidR="00000000" w:rsidRPr="007E08A0">
        <w:rPr>
          <w:rFonts w:cs="Times New Roman"/>
          <w:szCs w:val="26"/>
        </w:rPr>
        <w:t xml:space="preserve"> trình định hướng chứng chỉ, học viên cần chủ động đăng ký thi, hoàn thiện hồ sơ và tuân thủ quy định của tổ chức khảo thí hoặc đối tác liên quan nếu có.</w:t>
      </w:r>
    </w:p>
    <w:p w14:paraId="3EE69DB6"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XIV. Cam kết về minh bạch học phí và chính sách tài chính</w:t>
      </w:r>
    </w:p>
    <w:p w14:paraId="303D19F9" w14:textId="13ECEA9B"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Công</w:t>
      </w:r>
      <w:proofErr w:type="spellEnd"/>
      <w:r w:rsidR="00000000" w:rsidRPr="007E08A0">
        <w:rPr>
          <w:rFonts w:cs="Times New Roman"/>
          <w:szCs w:val="26"/>
        </w:rPr>
        <w:t xml:space="preserve"> </w:t>
      </w:r>
      <w:proofErr w:type="spellStart"/>
      <w:r w:rsidR="00000000" w:rsidRPr="007E08A0">
        <w:rPr>
          <w:rFonts w:cs="Times New Roman"/>
          <w:szCs w:val="26"/>
        </w:rPr>
        <w:t>khai</w:t>
      </w:r>
      <w:proofErr w:type="spellEnd"/>
      <w:r w:rsidR="00000000" w:rsidRPr="007E08A0">
        <w:rPr>
          <w:rFonts w:cs="Times New Roman"/>
          <w:szCs w:val="26"/>
        </w:rPr>
        <w:t xml:space="preserve"> </w:t>
      </w:r>
      <w:proofErr w:type="spellStart"/>
      <w:r w:rsidR="00000000" w:rsidRPr="007E08A0">
        <w:rPr>
          <w:rFonts w:cs="Times New Roman"/>
          <w:szCs w:val="26"/>
        </w:rPr>
        <w:t>học</w:t>
      </w:r>
      <w:proofErr w:type="spellEnd"/>
      <w:r w:rsidR="00000000" w:rsidRPr="007E08A0">
        <w:rPr>
          <w:rFonts w:cs="Times New Roman"/>
          <w:szCs w:val="26"/>
        </w:rPr>
        <w:t xml:space="preserve"> </w:t>
      </w:r>
      <w:proofErr w:type="spellStart"/>
      <w:r w:rsidR="00000000" w:rsidRPr="007E08A0">
        <w:rPr>
          <w:rFonts w:cs="Times New Roman"/>
          <w:szCs w:val="26"/>
        </w:rPr>
        <w:t>phí</w:t>
      </w:r>
      <w:proofErr w:type="spellEnd"/>
      <w:r w:rsidR="00000000" w:rsidRPr="007E08A0">
        <w:rPr>
          <w:rFonts w:cs="Times New Roman"/>
          <w:szCs w:val="26"/>
        </w:rPr>
        <w:t>, ưu đãi, các khoản thu và chính sách thanh toán trước khi học viên đăng ký.</w:t>
      </w:r>
    </w:p>
    <w:p w14:paraId="331A2A8B" w14:textId="1388DEC0"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r w:rsidR="00000000" w:rsidRPr="007E08A0">
        <w:rPr>
          <w:rFonts w:cs="Times New Roman"/>
          <w:szCs w:val="26"/>
        </w:rPr>
        <w:t xml:space="preserve">Cung </w:t>
      </w:r>
      <w:proofErr w:type="spellStart"/>
      <w:r w:rsidR="00000000" w:rsidRPr="007E08A0">
        <w:rPr>
          <w:rFonts w:cs="Times New Roman"/>
          <w:szCs w:val="26"/>
        </w:rPr>
        <w:t>cấp</w:t>
      </w:r>
      <w:proofErr w:type="spellEnd"/>
      <w:r w:rsidR="00000000" w:rsidRPr="007E08A0">
        <w:rPr>
          <w:rFonts w:cs="Times New Roman"/>
          <w:szCs w:val="26"/>
        </w:rPr>
        <w:t xml:space="preserve"> </w:t>
      </w:r>
      <w:proofErr w:type="spellStart"/>
      <w:r w:rsidR="00000000" w:rsidRPr="007E08A0">
        <w:rPr>
          <w:rFonts w:cs="Times New Roman"/>
          <w:szCs w:val="26"/>
        </w:rPr>
        <w:t>chứng</w:t>
      </w:r>
      <w:proofErr w:type="spellEnd"/>
      <w:r w:rsidR="00000000" w:rsidRPr="007E08A0">
        <w:rPr>
          <w:rFonts w:cs="Times New Roman"/>
          <w:szCs w:val="26"/>
        </w:rPr>
        <w:t xml:space="preserve"> </w:t>
      </w:r>
      <w:proofErr w:type="spellStart"/>
      <w:r w:rsidR="00000000" w:rsidRPr="007E08A0">
        <w:rPr>
          <w:rFonts w:cs="Times New Roman"/>
          <w:szCs w:val="26"/>
        </w:rPr>
        <w:t>từ</w:t>
      </w:r>
      <w:proofErr w:type="spellEnd"/>
      <w:r w:rsidR="00000000" w:rsidRPr="007E08A0">
        <w:rPr>
          <w:rFonts w:cs="Times New Roman"/>
          <w:szCs w:val="26"/>
        </w:rPr>
        <w:t xml:space="preserve"> thu tiền theo quy định và theo chính sách của Công ty Cổ phần HRD Global.</w:t>
      </w:r>
    </w:p>
    <w:p w14:paraId="0DDEDC1C" w14:textId="7C975452"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Công</w:t>
      </w:r>
      <w:proofErr w:type="spellEnd"/>
      <w:r w:rsidR="00000000" w:rsidRPr="007E08A0">
        <w:rPr>
          <w:rFonts w:cs="Times New Roman"/>
          <w:szCs w:val="26"/>
        </w:rPr>
        <w:t xml:space="preserve"> </w:t>
      </w:r>
      <w:proofErr w:type="spellStart"/>
      <w:r w:rsidR="00000000" w:rsidRPr="007E08A0">
        <w:rPr>
          <w:rFonts w:cs="Times New Roman"/>
          <w:szCs w:val="26"/>
        </w:rPr>
        <w:t>bố</w:t>
      </w:r>
      <w:proofErr w:type="spellEnd"/>
      <w:r w:rsidR="00000000" w:rsidRPr="007E08A0">
        <w:rPr>
          <w:rFonts w:cs="Times New Roman"/>
          <w:szCs w:val="26"/>
        </w:rPr>
        <w:t xml:space="preserve"> </w:t>
      </w:r>
      <w:proofErr w:type="spellStart"/>
      <w:r w:rsidR="00000000" w:rsidRPr="007E08A0">
        <w:rPr>
          <w:rFonts w:cs="Times New Roman"/>
          <w:szCs w:val="26"/>
        </w:rPr>
        <w:t>rõ</w:t>
      </w:r>
      <w:proofErr w:type="spellEnd"/>
      <w:r w:rsidR="00000000" w:rsidRPr="007E08A0">
        <w:rPr>
          <w:rFonts w:cs="Times New Roman"/>
          <w:szCs w:val="26"/>
        </w:rPr>
        <w:t xml:space="preserve"> </w:t>
      </w:r>
      <w:proofErr w:type="spellStart"/>
      <w:r w:rsidR="00000000" w:rsidRPr="007E08A0">
        <w:rPr>
          <w:rFonts w:cs="Times New Roman"/>
          <w:szCs w:val="26"/>
        </w:rPr>
        <w:t>điều</w:t>
      </w:r>
      <w:proofErr w:type="spellEnd"/>
      <w:r w:rsidR="00000000" w:rsidRPr="007E08A0">
        <w:rPr>
          <w:rFonts w:cs="Times New Roman"/>
          <w:szCs w:val="26"/>
        </w:rPr>
        <w:t xml:space="preserve"> kiện bảo lưu, chuyển khóa, học lại, hoàn phí hoặc không hoàn phí theo từng chương trình.</w:t>
      </w:r>
    </w:p>
    <w:p w14:paraId="39AEC7D5" w14:textId="11C5E153"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Không</w:t>
      </w:r>
      <w:proofErr w:type="spellEnd"/>
      <w:r w:rsidR="00000000" w:rsidRPr="007E08A0">
        <w:rPr>
          <w:rFonts w:cs="Times New Roman"/>
          <w:szCs w:val="26"/>
        </w:rPr>
        <w:t xml:space="preserve"> </w:t>
      </w:r>
      <w:proofErr w:type="spellStart"/>
      <w:r w:rsidR="00000000" w:rsidRPr="007E08A0">
        <w:rPr>
          <w:rFonts w:cs="Times New Roman"/>
          <w:szCs w:val="26"/>
        </w:rPr>
        <w:t>thu</w:t>
      </w:r>
      <w:proofErr w:type="spellEnd"/>
      <w:r w:rsidR="00000000" w:rsidRPr="007E08A0">
        <w:rPr>
          <w:rFonts w:cs="Times New Roman"/>
          <w:szCs w:val="26"/>
        </w:rPr>
        <w:t xml:space="preserve"> </w:t>
      </w:r>
      <w:proofErr w:type="spellStart"/>
      <w:r w:rsidR="00000000" w:rsidRPr="007E08A0">
        <w:rPr>
          <w:rFonts w:cs="Times New Roman"/>
          <w:szCs w:val="26"/>
        </w:rPr>
        <w:t>thêm</w:t>
      </w:r>
      <w:proofErr w:type="spellEnd"/>
      <w:r w:rsidR="00000000" w:rsidRPr="007E08A0">
        <w:rPr>
          <w:rFonts w:cs="Times New Roman"/>
          <w:szCs w:val="26"/>
        </w:rPr>
        <w:t xml:space="preserve"> </w:t>
      </w:r>
      <w:proofErr w:type="spellStart"/>
      <w:r w:rsidR="00000000" w:rsidRPr="007E08A0">
        <w:rPr>
          <w:rFonts w:cs="Times New Roman"/>
          <w:szCs w:val="26"/>
        </w:rPr>
        <w:t>các</w:t>
      </w:r>
      <w:proofErr w:type="spellEnd"/>
      <w:r w:rsidR="00000000" w:rsidRPr="007E08A0">
        <w:rPr>
          <w:rFonts w:cs="Times New Roman"/>
          <w:szCs w:val="26"/>
        </w:rPr>
        <w:t xml:space="preserve"> khoản ngoài thỏa thuận nếu chưa được thông báo và thống nhất với học viên/phụ huynh.</w:t>
      </w:r>
    </w:p>
    <w:p w14:paraId="01350FEC" w14:textId="2D2AEE57"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Thực</w:t>
      </w:r>
      <w:proofErr w:type="spellEnd"/>
      <w:r w:rsidR="00000000" w:rsidRPr="007E08A0">
        <w:rPr>
          <w:rFonts w:cs="Times New Roman"/>
          <w:szCs w:val="26"/>
        </w:rPr>
        <w:t xml:space="preserve"> </w:t>
      </w:r>
      <w:proofErr w:type="spellStart"/>
      <w:r w:rsidR="00000000" w:rsidRPr="007E08A0">
        <w:rPr>
          <w:rFonts w:cs="Times New Roman"/>
          <w:szCs w:val="26"/>
        </w:rPr>
        <w:t>hiện</w:t>
      </w:r>
      <w:proofErr w:type="spellEnd"/>
      <w:r w:rsidR="00000000" w:rsidRPr="007E08A0">
        <w:rPr>
          <w:rFonts w:cs="Times New Roman"/>
          <w:szCs w:val="26"/>
        </w:rPr>
        <w:t xml:space="preserve"> </w:t>
      </w:r>
      <w:proofErr w:type="spellStart"/>
      <w:r w:rsidR="00000000" w:rsidRPr="007E08A0">
        <w:rPr>
          <w:rFonts w:cs="Times New Roman"/>
          <w:szCs w:val="26"/>
        </w:rPr>
        <w:t>nghĩa</w:t>
      </w:r>
      <w:proofErr w:type="spellEnd"/>
      <w:r w:rsidR="00000000" w:rsidRPr="007E08A0">
        <w:rPr>
          <w:rFonts w:cs="Times New Roman"/>
          <w:szCs w:val="26"/>
        </w:rPr>
        <w:t xml:space="preserve"> </w:t>
      </w:r>
      <w:proofErr w:type="spellStart"/>
      <w:r w:rsidR="00000000" w:rsidRPr="007E08A0">
        <w:rPr>
          <w:rFonts w:cs="Times New Roman"/>
          <w:szCs w:val="26"/>
        </w:rPr>
        <w:t>vụ</w:t>
      </w:r>
      <w:proofErr w:type="spellEnd"/>
      <w:r w:rsidR="00000000" w:rsidRPr="007E08A0">
        <w:rPr>
          <w:rFonts w:cs="Times New Roman"/>
          <w:szCs w:val="26"/>
        </w:rPr>
        <w:t xml:space="preserve"> tài chính, kế toán và thuế theo quy định pháp luật hiện hành.</w:t>
      </w:r>
    </w:p>
    <w:p w14:paraId="6BB08688" w14:textId="61599485" w:rsidR="00C80364" w:rsidRPr="007E08A0" w:rsidRDefault="00C82D4D" w:rsidP="00C82D4D">
      <w:pPr>
        <w:spacing w:after="0" w:line="360" w:lineRule="auto"/>
        <w:ind w:firstLine="720"/>
        <w:jc w:val="both"/>
        <w:rPr>
          <w:rFonts w:cs="Times New Roman"/>
          <w:szCs w:val="26"/>
        </w:rPr>
      </w:pPr>
      <w:r>
        <w:rPr>
          <w:rFonts w:cs="Times New Roman"/>
          <w:szCs w:val="26"/>
        </w:rPr>
        <w:lastRenderedPageBreak/>
        <w:t xml:space="preserve">- </w:t>
      </w:r>
      <w:proofErr w:type="spellStart"/>
      <w:r w:rsidR="00000000" w:rsidRPr="007E08A0">
        <w:rPr>
          <w:rFonts w:cs="Times New Roman"/>
          <w:szCs w:val="26"/>
        </w:rPr>
        <w:t>Trường</w:t>
      </w:r>
      <w:proofErr w:type="spellEnd"/>
      <w:r w:rsidR="00000000" w:rsidRPr="007E08A0">
        <w:rPr>
          <w:rFonts w:cs="Times New Roman"/>
          <w:szCs w:val="26"/>
        </w:rPr>
        <w:t xml:space="preserve"> </w:t>
      </w:r>
      <w:proofErr w:type="spellStart"/>
      <w:r w:rsidR="00000000" w:rsidRPr="007E08A0">
        <w:rPr>
          <w:rFonts w:cs="Times New Roman"/>
          <w:szCs w:val="26"/>
        </w:rPr>
        <w:t>hợp</w:t>
      </w:r>
      <w:proofErr w:type="spellEnd"/>
      <w:r w:rsidR="00000000" w:rsidRPr="007E08A0">
        <w:rPr>
          <w:rFonts w:cs="Times New Roman"/>
          <w:szCs w:val="26"/>
        </w:rPr>
        <w:t xml:space="preserve"> </w:t>
      </w:r>
      <w:proofErr w:type="spellStart"/>
      <w:r w:rsidR="00000000" w:rsidRPr="007E08A0">
        <w:rPr>
          <w:rFonts w:cs="Times New Roman"/>
          <w:szCs w:val="26"/>
        </w:rPr>
        <w:t>chương</w:t>
      </w:r>
      <w:proofErr w:type="spellEnd"/>
      <w:r w:rsidR="00000000" w:rsidRPr="007E08A0">
        <w:rPr>
          <w:rFonts w:cs="Times New Roman"/>
          <w:szCs w:val="26"/>
        </w:rPr>
        <w:t xml:space="preserve"> </w:t>
      </w:r>
      <w:proofErr w:type="spellStart"/>
      <w:r w:rsidR="00000000" w:rsidRPr="007E08A0">
        <w:rPr>
          <w:rFonts w:cs="Times New Roman"/>
          <w:szCs w:val="26"/>
        </w:rPr>
        <w:t>trình</w:t>
      </w:r>
      <w:proofErr w:type="spellEnd"/>
      <w:r w:rsidR="00000000" w:rsidRPr="007E08A0">
        <w:rPr>
          <w:rFonts w:cs="Times New Roman"/>
          <w:szCs w:val="26"/>
        </w:rPr>
        <w:t xml:space="preserve"> có yếu tố tư vấn du học, lệ phí thi, phí hồ sơ, phí dịch thuật, phí đối tác hoặc chi phí bên thứ ba, các khoản này phải được thông báo riêng, không mặc nhiên gộp vào học phí ngoại ngữ nếu chưa có thỏa thuận.</w:t>
      </w:r>
    </w:p>
    <w:p w14:paraId="6E25F947"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XV. Cam kết về tiếp nhận phản hồi và xử lý khiếu nại</w:t>
      </w:r>
    </w:p>
    <w:p w14:paraId="41D9177F"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Trung tâm thiết lập cơ chế tiếp nhận phản hồi từ học viên và phụ huynh nhằm bảo đảm chất lượng dịch vụ đào tạo cho toàn bộ hệ chương trình 05 ngoại ngữ.</w:t>
      </w:r>
    </w:p>
    <w:p w14:paraId="406742F8" w14:textId="29536438"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Giáo</w:t>
      </w:r>
      <w:proofErr w:type="spellEnd"/>
      <w:r w:rsidR="00000000" w:rsidRPr="007E08A0">
        <w:rPr>
          <w:rFonts w:cs="Times New Roman"/>
          <w:szCs w:val="26"/>
        </w:rPr>
        <w:t xml:space="preserve"> </w:t>
      </w:r>
      <w:proofErr w:type="spellStart"/>
      <w:r w:rsidR="00000000" w:rsidRPr="007E08A0">
        <w:rPr>
          <w:rFonts w:cs="Times New Roman"/>
          <w:szCs w:val="26"/>
        </w:rPr>
        <w:t>viên</w:t>
      </w:r>
      <w:proofErr w:type="spellEnd"/>
      <w:r w:rsidR="00000000" w:rsidRPr="007E08A0">
        <w:rPr>
          <w:rFonts w:cs="Times New Roman"/>
          <w:szCs w:val="26"/>
        </w:rPr>
        <w:t xml:space="preserve">, coach </w:t>
      </w:r>
      <w:proofErr w:type="spellStart"/>
      <w:r w:rsidR="00000000" w:rsidRPr="007E08A0">
        <w:rPr>
          <w:rFonts w:cs="Times New Roman"/>
          <w:szCs w:val="26"/>
        </w:rPr>
        <w:t>hoặc</w:t>
      </w:r>
      <w:proofErr w:type="spellEnd"/>
      <w:r w:rsidR="00000000" w:rsidRPr="007E08A0">
        <w:rPr>
          <w:rFonts w:cs="Times New Roman"/>
          <w:szCs w:val="26"/>
        </w:rPr>
        <w:t xml:space="preserve"> trợ giảng phụ trách lớp.</w:t>
      </w:r>
    </w:p>
    <w:p w14:paraId="54810A25" w14:textId="1F200614"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Bộ</w:t>
      </w:r>
      <w:proofErr w:type="spellEnd"/>
      <w:r w:rsidR="00000000" w:rsidRPr="007E08A0">
        <w:rPr>
          <w:rFonts w:cs="Times New Roman"/>
          <w:szCs w:val="26"/>
        </w:rPr>
        <w:t xml:space="preserve"> </w:t>
      </w:r>
      <w:proofErr w:type="spellStart"/>
      <w:r w:rsidR="00000000" w:rsidRPr="007E08A0">
        <w:rPr>
          <w:rFonts w:cs="Times New Roman"/>
          <w:szCs w:val="26"/>
        </w:rPr>
        <w:t>phận</w:t>
      </w:r>
      <w:proofErr w:type="spellEnd"/>
      <w:r w:rsidR="00000000" w:rsidRPr="007E08A0">
        <w:rPr>
          <w:rFonts w:cs="Times New Roman"/>
          <w:szCs w:val="26"/>
        </w:rPr>
        <w:t xml:space="preserve"> </w:t>
      </w:r>
      <w:proofErr w:type="spellStart"/>
      <w:r w:rsidR="00000000" w:rsidRPr="007E08A0">
        <w:rPr>
          <w:rFonts w:cs="Times New Roman"/>
          <w:szCs w:val="26"/>
        </w:rPr>
        <w:t>quản</w:t>
      </w:r>
      <w:proofErr w:type="spellEnd"/>
      <w:r w:rsidR="00000000" w:rsidRPr="007E08A0">
        <w:rPr>
          <w:rFonts w:cs="Times New Roman"/>
          <w:szCs w:val="26"/>
        </w:rPr>
        <w:t xml:space="preserve"> </w:t>
      </w:r>
      <w:proofErr w:type="spellStart"/>
      <w:r w:rsidR="00000000" w:rsidRPr="007E08A0">
        <w:rPr>
          <w:rFonts w:cs="Times New Roman"/>
          <w:szCs w:val="26"/>
        </w:rPr>
        <w:t>lý</w:t>
      </w:r>
      <w:proofErr w:type="spellEnd"/>
      <w:r w:rsidR="00000000" w:rsidRPr="007E08A0">
        <w:rPr>
          <w:rFonts w:cs="Times New Roman"/>
          <w:szCs w:val="26"/>
        </w:rPr>
        <w:t xml:space="preserve"> học viên.</w:t>
      </w:r>
    </w:p>
    <w:p w14:paraId="756F166A" w14:textId="0C30B974"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Bộ</w:t>
      </w:r>
      <w:proofErr w:type="spellEnd"/>
      <w:r w:rsidR="00000000" w:rsidRPr="007E08A0">
        <w:rPr>
          <w:rFonts w:cs="Times New Roman"/>
          <w:szCs w:val="26"/>
        </w:rPr>
        <w:t xml:space="preserve"> </w:t>
      </w:r>
      <w:proofErr w:type="spellStart"/>
      <w:r w:rsidR="00000000" w:rsidRPr="007E08A0">
        <w:rPr>
          <w:rFonts w:cs="Times New Roman"/>
          <w:szCs w:val="26"/>
        </w:rPr>
        <w:t>phận</w:t>
      </w:r>
      <w:proofErr w:type="spellEnd"/>
      <w:r w:rsidR="00000000" w:rsidRPr="007E08A0">
        <w:rPr>
          <w:rFonts w:cs="Times New Roman"/>
          <w:szCs w:val="26"/>
        </w:rPr>
        <w:t xml:space="preserve"> </w:t>
      </w:r>
      <w:proofErr w:type="spellStart"/>
      <w:r w:rsidR="00000000" w:rsidRPr="007E08A0">
        <w:rPr>
          <w:rFonts w:cs="Times New Roman"/>
          <w:szCs w:val="26"/>
        </w:rPr>
        <w:t>tư</w:t>
      </w:r>
      <w:proofErr w:type="spellEnd"/>
      <w:r w:rsidR="00000000" w:rsidRPr="007E08A0">
        <w:rPr>
          <w:rFonts w:cs="Times New Roman"/>
          <w:szCs w:val="26"/>
        </w:rPr>
        <w:t xml:space="preserve"> </w:t>
      </w:r>
      <w:proofErr w:type="spellStart"/>
      <w:r w:rsidR="00000000" w:rsidRPr="007E08A0">
        <w:rPr>
          <w:rFonts w:cs="Times New Roman"/>
          <w:szCs w:val="26"/>
        </w:rPr>
        <w:t>vấn</w:t>
      </w:r>
      <w:proofErr w:type="spellEnd"/>
      <w:r w:rsidR="00000000" w:rsidRPr="007E08A0">
        <w:rPr>
          <w:rFonts w:cs="Times New Roman"/>
          <w:szCs w:val="26"/>
        </w:rPr>
        <w:t xml:space="preserve"> tuyển sinh/chăm sóc khách hàng.</w:t>
      </w:r>
    </w:p>
    <w:p w14:paraId="41BBCCB4" w14:textId="0EA6053A"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r w:rsidR="00000000" w:rsidRPr="007E08A0">
        <w:rPr>
          <w:rFonts w:cs="Times New Roman"/>
          <w:szCs w:val="26"/>
        </w:rPr>
        <w:t xml:space="preserve">Email, hotline, </w:t>
      </w:r>
      <w:proofErr w:type="spellStart"/>
      <w:r w:rsidR="00000000" w:rsidRPr="007E08A0">
        <w:rPr>
          <w:rFonts w:cs="Times New Roman"/>
          <w:szCs w:val="26"/>
        </w:rPr>
        <w:t>biểu</w:t>
      </w:r>
      <w:proofErr w:type="spellEnd"/>
      <w:r w:rsidR="00000000" w:rsidRPr="007E08A0">
        <w:rPr>
          <w:rFonts w:cs="Times New Roman"/>
          <w:szCs w:val="26"/>
        </w:rPr>
        <w:t xml:space="preserve"> </w:t>
      </w:r>
      <w:proofErr w:type="spellStart"/>
      <w:r w:rsidR="00000000" w:rsidRPr="007E08A0">
        <w:rPr>
          <w:rFonts w:cs="Times New Roman"/>
          <w:szCs w:val="26"/>
        </w:rPr>
        <w:t>mẫu</w:t>
      </w:r>
      <w:proofErr w:type="spellEnd"/>
      <w:r w:rsidR="00000000" w:rsidRPr="007E08A0">
        <w:rPr>
          <w:rFonts w:cs="Times New Roman"/>
          <w:szCs w:val="26"/>
        </w:rPr>
        <w:t xml:space="preserve"> phản hồi hoặc kênh liên hệ chính thức của trung tâm.</w:t>
      </w:r>
    </w:p>
    <w:p w14:paraId="5CA8FA51" w14:textId="0AC9C20C"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Gặp</w:t>
      </w:r>
      <w:proofErr w:type="spellEnd"/>
      <w:r w:rsidR="00000000" w:rsidRPr="007E08A0">
        <w:rPr>
          <w:rFonts w:cs="Times New Roman"/>
          <w:szCs w:val="26"/>
        </w:rPr>
        <w:t xml:space="preserve"> </w:t>
      </w:r>
      <w:proofErr w:type="spellStart"/>
      <w:r w:rsidR="00000000" w:rsidRPr="007E08A0">
        <w:rPr>
          <w:rFonts w:cs="Times New Roman"/>
          <w:szCs w:val="26"/>
        </w:rPr>
        <w:t>trực</w:t>
      </w:r>
      <w:proofErr w:type="spellEnd"/>
      <w:r w:rsidR="00000000" w:rsidRPr="007E08A0">
        <w:rPr>
          <w:rFonts w:cs="Times New Roman"/>
          <w:szCs w:val="26"/>
        </w:rPr>
        <w:t xml:space="preserve"> </w:t>
      </w:r>
      <w:proofErr w:type="spellStart"/>
      <w:r w:rsidR="00000000" w:rsidRPr="007E08A0">
        <w:rPr>
          <w:rFonts w:cs="Times New Roman"/>
          <w:szCs w:val="26"/>
        </w:rPr>
        <w:t>tiếp</w:t>
      </w:r>
      <w:proofErr w:type="spellEnd"/>
      <w:r w:rsidR="00000000" w:rsidRPr="007E08A0">
        <w:rPr>
          <w:rFonts w:cs="Times New Roman"/>
          <w:szCs w:val="26"/>
        </w:rPr>
        <w:t xml:space="preserve"> </w:t>
      </w:r>
      <w:proofErr w:type="spellStart"/>
      <w:r w:rsidR="00000000" w:rsidRPr="007E08A0">
        <w:rPr>
          <w:rFonts w:cs="Times New Roman"/>
          <w:szCs w:val="26"/>
        </w:rPr>
        <w:t>đại</w:t>
      </w:r>
      <w:proofErr w:type="spellEnd"/>
      <w:r w:rsidR="00000000" w:rsidRPr="007E08A0">
        <w:rPr>
          <w:rFonts w:cs="Times New Roman"/>
          <w:szCs w:val="26"/>
        </w:rPr>
        <w:t xml:space="preserve"> diện quản lý trung tâm khi cần thiết.</w:t>
      </w:r>
    </w:p>
    <w:p w14:paraId="5997E8F7"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Trung tâm cam kết tiếp nhận, rà soát và xử lý phản hồi trên tinh thần khách quan, minh bạch, bảo vệ quyền lợi chính đáng của học viên và phù hợp với nội quy, hợp đồng hoặc thỏa thuận đào tạo.</w:t>
      </w:r>
    </w:p>
    <w:p w14:paraId="33D12904"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XVI. Cam kết cải tiến chất lượng</w:t>
      </w:r>
    </w:p>
    <w:p w14:paraId="7A1F5DC2" w14:textId="1CEEB8D6"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r w:rsidR="00000000" w:rsidRPr="007E08A0">
        <w:rPr>
          <w:rFonts w:cs="Times New Roman"/>
          <w:szCs w:val="26"/>
        </w:rPr>
        <w:t xml:space="preserve">Thu </w:t>
      </w:r>
      <w:proofErr w:type="spellStart"/>
      <w:r w:rsidR="00000000" w:rsidRPr="007E08A0">
        <w:rPr>
          <w:rFonts w:cs="Times New Roman"/>
          <w:szCs w:val="26"/>
        </w:rPr>
        <w:t>thập</w:t>
      </w:r>
      <w:proofErr w:type="spellEnd"/>
      <w:r w:rsidR="00000000" w:rsidRPr="007E08A0">
        <w:rPr>
          <w:rFonts w:cs="Times New Roman"/>
          <w:szCs w:val="26"/>
        </w:rPr>
        <w:t xml:space="preserve"> </w:t>
      </w:r>
      <w:proofErr w:type="spellStart"/>
      <w:r w:rsidR="00000000" w:rsidRPr="007E08A0">
        <w:rPr>
          <w:rFonts w:cs="Times New Roman"/>
          <w:szCs w:val="26"/>
        </w:rPr>
        <w:t>và</w:t>
      </w:r>
      <w:proofErr w:type="spellEnd"/>
      <w:r w:rsidR="00000000" w:rsidRPr="007E08A0">
        <w:rPr>
          <w:rFonts w:cs="Times New Roman"/>
          <w:szCs w:val="26"/>
        </w:rPr>
        <w:t xml:space="preserve"> </w:t>
      </w:r>
      <w:proofErr w:type="spellStart"/>
      <w:r w:rsidR="00000000" w:rsidRPr="007E08A0">
        <w:rPr>
          <w:rFonts w:cs="Times New Roman"/>
          <w:szCs w:val="26"/>
        </w:rPr>
        <w:t>phân</w:t>
      </w:r>
      <w:proofErr w:type="spellEnd"/>
      <w:r w:rsidR="00000000" w:rsidRPr="007E08A0">
        <w:rPr>
          <w:rFonts w:cs="Times New Roman"/>
          <w:szCs w:val="26"/>
        </w:rPr>
        <w:t xml:space="preserve"> tích phản hồi của học viên, phụ huynh, giáo viên và nhân sự học thuật.</w:t>
      </w:r>
    </w:p>
    <w:p w14:paraId="205CDD7B" w14:textId="3D0FDD2E"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r w:rsidR="00000000" w:rsidRPr="007E08A0">
        <w:rPr>
          <w:rFonts w:cs="Times New Roman"/>
          <w:szCs w:val="26"/>
        </w:rPr>
        <w:t xml:space="preserve">Theo </w:t>
      </w:r>
      <w:proofErr w:type="spellStart"/>
      <w:r w:rsidR="00000000" w:rsidRPr="007E08A0">
        <w:rPr>
          <w:rFonts w:cs="Times New Roman"/>
          <w:szCs w:val="26"/>
        </w:rPr>
        <w:t>dõi</w:t>
      </w:r>
      <w:proofErr w:type="spellEnd"/>
      <w:r w:rsidR="00000000" w:rsidRPr="007E08A0">
        <w:rPr>
          <w:rFonts w:cs="Times New Roman"/>
          <w:szCs w:val="26"/>
        </w:rPr>
        <w:t xml:space="preserve"> </w:t>
      </w:r>
      <w:proofErr w:type="spellStart"/>
      <w:r w:rsidR="00000000" w:rsidRPr="007E08A0">
        <w:rPr>
          <w:rFonts w:cs="Times New Roman"/>
          <w:szCs w:val="26"/>
        </w:rPr>
        <w:t>dữ</w:t>
      </w:r>
      <w:proofErr w:type="spellEnd"/>
      <w:r w:rsidR="00000000" w:rsidRPr="007E08A0">
        <w:rPr>
          <w:rFonts w:cs="Times New Roman"/>
          <w:szCs w:val="26"/>
        </w:rPr>
        <w:t xml:space="preserve"> </w:t>
      </w:r>
      <w:proofErr w:type="spellStart"/>
      <w:r w:rsidR="00000000" w:rsidRPr="007E08A0">
        <w:rPr>
          <w:rFonts w:cs="Times New Roman"/>
          <w:szCs w:val="26"/>
        </w:rPr>
        <w:t>liệu</w:t>
      </w:r>
      <w:proofErr w:type="spellEnd"/>
      <w:r w:rsidR="00000000" w:rsidRPr="007E08A0">
        <w:rPr>
          <w:rFonts w:cs="Times New Roman"/>
          <w:szCs w:val="26"/>
        </w:rPr>
        <w:t xml:space="preserve"> học tập, kết quả kiểm tra, tỷ lệ chuyên cần, mức độ hoàn thành bài tập và tiến bộ từng kỹ năng.</w:t>
      </w:r>
    </w:p>
    <w:p w14:paraId="25A970DB" w14:textId="7EDB24DA"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Rà</w:t>
      </w:r>
      <w:proofErr w:type="spellEnd"/>
      <w:r w:rsidR="00000000" w:rsidRPr="007E08A0">
        <w:rPr>
          <w:rFonts w:cs="Times New Roman"/>
          <w:szCs w:val="26"/>
        </w:rPr>
        <w:t xml:space="preserve"> </w:t>
      </w:r>
      <w:proofErr w:type="spellStart"/>
      <w:r w:rsidR="00000000" w:rsidRPr="007E08A0">
        <w:rPr>
          <w:rFonts w:cs="Times New Roman"/>
          <w:szCs w:val="26"/>
        </w:rPr>
        <w:t>soát</w:t>
      </w:r>
      <w:proofErr w:type="spellEnd"/>
      <w:r w:rsidR="00000000" w:rsidRPr="007E08A0">
        <w:rPr>
          <w:rFonts w:cs="Times New Roman"/>
          <w:szCs w:val="26"/>
        </w:rPr>
        <w:t xml:space="preserve"> </w:t>
      </w:r>
      <w:proofErr w:type="spellStart"/>
      <w:r w:rsidR="00000000" w:rsidRPr="007E08A0">
        <w:rPr>
          <w:rFonts w:cs="Times New Roman"/>
          <w:szCs w:val="26"/>
        </w:rPr>
        <w:t>chương</w:t>
      </w:r>
      <w:proofErr w:type="spellEnd"/>
      <w:r w:rsidR="00000000" w:rsidRPr="007E08A0">
        <w:rPr>
          <w:rFonts w:cs="Times New Roman"/>
          <w:szCs w:val="26"/>
        </w:rPr>
        <w:t xml:space="preserve"> </w:t>
      </w:r>
      <w:proofErr w:type="spellStart"/>
      <w:r w:rsidR="00000000" w:rsidRPr="007E08A0">
        <w:rPr>
          <w:rFonts w:cs="Times New Roman"/>
          <w:szCs w:val="26"/>
        </w:rPr>
        <w:t>trình</w:t>
      </w:r>
      <w:proofErr w:type="spellEnd"/>
      <w:r w:rsidR="00000000" w:rsidRPr="007E08A0">
        <w:rPr>
          <w:rFonts w:cs="Times New Roman"/>
          <w:szCs w:val="26"/>
        </w:rPr>
        <w:t>, giáo trình, tài liệu, bài tập và phương pháp giảng dạy của từng ngoại ngữ.</w:t>
      </w:r>
    </w:p>
    <w:p w14:paraId="705B4BBC" w14:textId="4B8F22B5"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Bồi</w:t>
      </w:r>
      <w:proofErr w:type="spellEnd"/>
      <w:r w:rsidR="00000000" w:rsidRPr="007E08A0">
        <w:rPr>
          <w:rFonts w:cs="Times New Roman"/>
          <w:szCs w:val="26"/>
        </w:rPr>
        <w:t xml:space="preserve"> </w:t>
      </w:r>
      <w:proofErr w:type="spellStart"/>
      <w:r w:rsidR="00000000" w:rsidRPr="007E08A0">
        <w:rPr>
          <w:rFonts w:cs="Times New Roman"/>
          <w:szCs w:val="26"/>
        </w:rPr>
        <w:t>dưỡng</w:t>
      </w:r>
      <w:proofErr w:type="spellEnd"/>
      <w:r w:rsidR="00000000" w:rsidRPr="007E08A0">
        <w:rPr>
          <w:rFonts w:cs="Times New Roman"/>
          <w:szCs w:val="26"/>
        </w:rPr>
        <w:t xml:space="preserve">, </w:t>
      </w:r>
      <w:proofErr w:type="spellStart"/>
      <w:r w:rsidR="00000000" w:rsidRPr="007E08A0">
        <w:rPr>
          <w:rFonts w:cs="Times New Roman"/>
          <w:szCs w:val="26"/>
        </w:rPr>
        <w:t>đánh</w:t>
      </w:r>
      <w:proofErr w:type="spellEnd"/>
      <w:r w:rsidR="00000000" w:rsidRPr="007E08A0">
        <w:rPr>
          <w:rFonts w:cs="Times New Roman"/>
          <w:szCs w:val="26"/>
        </w:rPr>
        <w:t xml:space="preserve"> </w:t>
      </w:r>
      <w:proofErr w:type="spellStart"/>
      <w:r w:rsidR="00000000" w:rsidRPr="007E08A0">
        <w:rPr>
          <w:rFonts w:cs="Times New Roman"/>
          <w:szCs w:val="26"/>
        </w:rPr>
        <w:t>giá</w:t>
      </w:r>
      <w:proofErr w:type="spellEnd"/>
      <w:r w:rsidR="00000000" w:rsidRPr="007E08A0">
        <w:rPr>
          <w:rFonts w:cs="Times New Roman"/>
          <w:szCs w:val="26"/>
        </w:rPr>
        <w:t xml:space="preserve"> và điều chỉnh đội ngũ giáo viên/coach khi cần thiết.</w:t>
      </w:r>
    </w:p>
    <w:p w14:paraId="797564C1" w14:textId="4C445306"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Cải</w:t>
      </w:r>
      <w:proofErr w:type="spellEnd"/>
      <w:r w:rsidR="00000000" w:rsidRPr="007E08A0">
        <w:rPr>
          <w:rFonts w:cs="Times New Roman"/>
          <w:szCs w:val="26"/>
        </w:rPr>
        <w:t xml:space="preserve"> </w:t>
      </w:r>
      <w:proofErr w:type="spellStart"/>
      <w:r w:rsidR="00000000" w:rsidRPr="007E08A0">
        <w:rPr>
          <w:rFonts w:cs="Times New Roman"/>
          <w:szCs w:val="26"/>
        </w:rPr>
        <w:t>tiến</w:t>
      </w:r>
      <w:proofErr w:type="spellEnd"/>
      <w:r w:rsidR="00000000" w:rsidRPr="007E08A0">
        <w:rPr>
          <w:rFonts w:cs="Times New Roman"/>
          <w:szCs w:val="26"/>
        </w:rPr>
        <w:t xml:space="preserve"> </w:t>
      </w:r>
      <w:proofErr w:type="spellStart"/>
      <w:r w:rsidR="00000000" w:rsidRPr="007E08A0">
        <w:rPr>
          <w:rFonts w:cs="Times New Roman"/>
          <w:szCs w:val="26"/>
        </w:rPr>
        <w:t>quy</w:t>
      </w:r>
      <w:proofErr w:type="spellEnd"/>
      <w:r w:rsidR="00000000" w:rsidRPr="007E08A0">
        <w:rPr>
          <w:rFonts w:cs="Times New Roman"/>
          <w:szCs w:val="26"/>
        </w:rPr>
        <w:t xml:space="preserve"> </w:t>
      </w:r>
      <w:proofErr w:type="spellStart"/>
      <w:r w:rsidR="00000000" w:rsidRPr="007E08A0">
        <w:rPr>
          <w:rFonts w:cs="Times New Roman"/>
          <w:szCs w:val="26"/>
        </w:rPr>
        <w:t>trình</w:t>
      </w:r>
      <w:proofErr w:type="spellEnd"/>
      <w:r w:rsidR="00000000" w:rsidRPr="007E08A0">
        <w:rPr>
          <w:rFonts w:cs="Times New Roman"/>
          <w:szCs w:val="26"/>
        </w:rPr>
        <w:t xml:space="preserve"> tư vấn, quản lý học viên, kiểm tra đánh giá và chăm sóc sau khóa học.</w:t>
      </w:r>
    </w:p>
    <w:p w14:paraId="27A72AE3" w14:textId="6AC8909D"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Định</w:t>
      </w:r>
      <w:proofErr w:type="spellEnd"/>
      <w:r w:rsidR="00000000" w:rsidRPr="007E08A0">
        <w:rPr>
          <w:rFonts w:cs="Times New Roman"/>
          <w:szCs w:val="26"/>
        </w:rPr>
        <w:t xml:space="preserve"> </w:t>
      </w:r>
      <w:proofErr w:type="spellStart"/>
      <w:r w:rsidR="00000000" w:rsidRPr="007E08A0">
        <w:rPr>
          <w:rFonts w:cs="Times New Roman"/>
          <w:szCs w:val="26"/>
        </w:rPr>
        <w:t>kỳ</w:t>
      </w:r>
      <w:proofErr w:type="spellEnd"/>
      <w:r w:rsidR="00000000" w:rsidRPr="007E08A0">
        <w:rPr>
          <w:rFonts w:cs="Times New Roman"/>
          <w:szCs w:val="26"/>
        </w:rPr>
        <w:t xml:space="preserve"> </w:t>
      </w:r>
      <w:proofErr w:type="spellStart"/>
      <w:r w:rsidR="00000000" w:rsidRPr="007E08A0">
        <w:rPr>
          <w:rFonts w:cs="Times New Roman"/>
          <w:szCs w:val="26"/>
        </w:rPr>
        <w:t>sơ</w:t>
      </w:r>
      <w:proofErr w:type="spellEnd"/>
      <w:r w:rsidR="00000000" w:rsidRPr="007E08A0">
        <w:rPr>
          <w:rFonts w:cs="Times New Roman"/>
          <w:szCs w:val="26"/>
        </w:rPr>
        <w:t xml:space="preserve"> </w:t>
      </w:r>
      <w:proofErr w:type="spellStart"/>
      <w:r w:rsidR="00000000" w:rsidRPr="007E08A0">
        <w:rPr>
          <w:rFonts w:cs="Times New Roman"/>
          <w:szCs w:val="26"/>
        </w:rPr>
        <w:t>kết</w:t>
      </w:r>
      <w:proofErr w:type="spellEnd"/>
      <w:r w:rsidR="00000000" w:rsidRPr="007E08A0">
        <w:rPr>
          <w:rFonts w:cs="Times New Roman"/>
          <w:szCs w:val="26"/>
        </w:rPr>
        <w:t>, tổng kết và điều chỉnh kế hoạch đào tạo theo kết quả thực tế, đặc biệt với các chương trình mới thuộc tiếng Đức, tiếng Nhật, tiếng Hàn và tiếng Trung.</w:t>
      </w:r>
    </w:p>
    <w:p w14:paraId="53251A29"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XVII. Cam kết công khai và giải trình</w:t>
      </w:r>
    </w:p>
    <w:p w14:paraId="51696C9D"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Công ty Cổ phần HRD Global và Trung tâm Ngoại ngữ IELTSNINER Review cam kết công khai, cập nhật và giải trình các nội dung sau trong phạm vi phù hợp:</w:t>
      </w:r>
    </w:p>
    <w:p w14:paraId="54789515" w14:textId="1A3ABBEF" w:rsidR="00C80364" w:rsidRPr="007E08A0" w:rsidRDefault="00C82D4D" w:rsidP="00C82D4D">
      <w:pPr>
        <w:spacing w:after="0" w:line="360" w:lineRule="auto"/>
        <w:ind w:firstLine="720"/>
        <w:jc w:val="both"/>
        <w:rPr>
          <w:rFonts w:cs="Times New Roman"/>
          <w:szCs w:val="26"/>
        </w:rPr>
      </w:pPr>
      <w:r>
        <w:rPr>
          <w:rFonts w:cs="Times New Roman"/>
          <w:szCs w:val="26"/>
        </w:rPr>
        <w:lastRenderedPageBreak/>
        <w:t xml:space="preserve">- </w:t>
      </w:r>
      <w:proofErr w:type="spellStart"/>
      <w:r w:rsidR="00000000" w:rsidRPr="007E08A0">
        <w:rPr>
          <w:rFonts w:cs="Times New Roman"/>
          <w:szCs w:val="26"/>
        </w:rPr>
        <w:t>Tư</w:t>
      </w:r>
      <w:proofErr w:type="spellEnd"/>
      <w:r w:rsidR="00000000" w:rsidRPr="007E08A0">
        <w:rPr>
          <w:rFonts w:cs="Times New Roman"/>
          <w:szCs w:val="26"/>
        </w:rPr>
        <w:t xml:space="preserve"> </w:t>
      </w:r>
      <w:proofErr w:type="spellStart"/>
      <w:r w:rsidR="00000000" w:rsidRPr="007E08A0">
        <w:rPr>
          <w:rFonts w:cs="Times New Roman"/>
          <w:szCs w:val="26"/>
        </w:rPr>
        <w:t>cách</w:t>
      </w:r>
      <w:proofErr w:type="spellEnd"/>
      <w:r w:rsidR="00000000" w:rsidRPr="007E08A0">
        <w:rPr>
          <w:rFonts w:cs="Times New Roman"/>
          <w:szCs w:val="26"/>
        </w:rPr>
        <w:t xml:space="preserve"> </w:t>
      </w:r>
      <w:proofErr w:type="spellStart"/>
      <w:r w:rsidR="00000000" w:rsidRPr="007E08A0">
        <w:rPr>
          <w:rFonts w:cs="Times New Roman"/>
          <w:szCs w:val="26"/>
        </w:rPr>
        <w:t>pháp</w:t>
      </w:r>
      <w:proofErr w:type="spellEnd"/>
      <w:r w:rsidR="00000000" w:rsidRPr="007E08A0">
        <w:rPr>
          <w:rFonts w:cs="Times New Roman"/>
          <w:szCs w:val="26"/>
        </w:rPr>
        <w:t xml:space="preserve"> </w:t>
      </w:r>
      <w:proofErr w:type="spellStart"/>
      <w:r w:rsidR="00000000" w:rsidRPr="007E08A0">
        <w:rPr>
          <w:rFonts w:cs="Times New Roman"/>
          <w:szCs w:val="26"/>
        </w:rPr>
        <w:t>lý</w:t>
      </w:r>
      <w:proofErr w:type="spellEnd"/>
      <w:r w:rsidR="00000000" w:rsidRPr="007E08A0">
        <w:rPr>
          <w:rFonts w:cs="Times New Roman"/>
          <w:szCs w:val="26"/>
        </w:rPr>
        <w:t xml:space="preserve"> của đơn vị đào tạo.</w:t>
      </w:r>
    </w:p>
    <w:p w14:paraId="30FC1C7F" w14:textId="29C3D3E7"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Danh </w:t>
      </w:r>
      <w:proofErr w:type="spellStart"/>
      <w:r w:rsidR="00000000" w:rsidRPr="007E08A0">
        <w:rPr>
          <w:rFonts w:cs="Times New Roman"/>
          <w:szCs w:val="26"/>
        </w:rPr>
        <w:t>mục</w:t>
      </w:r>
      <w:proofErr w:type="spellEnd"/>
      <w:r w:rsidR="00000000" w:rsidRPr="007E08A0">
        <w:rPr>
          <w:rFonts w:cs="Times New Roman"/>
          <w:szCs w:val="26"/>
        </w:rPr>
        <w:t xml:space="preserve"> </w:t>
      </w:r>
      <w:proofErr w:type="spellStart"/>
      <w:r w:rsidR="00000000" w:rsidRPr="007E08A0">
        <w:rPr>
          <w:rFonts w:cs="Times New Roman"/>
          <w:szCs w:val="26"/>
        </w:rPr>
        <w:t>chương</w:t>
      </w:r>
      <w:proofErr w:type="spellEnd"/>
      <w:r w:rsidR="00000000" w:rsidRPr="007E08A0">
        <w:rPr>
          <w:rFonts w:cs="Times New Roman"/>
          <w:szCs w:val="26"/>
        </w:rPr>
        <w:t xml:space="preserve"> trình đào tạo 05 ngoại ngữ, mục tiêu và chuẩn đầu ra dự kiến.</w:t>
      </w:r>
    </w:p>
    <w:p w14:paraId="52DE141E" w14:textId="501E5B38"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Điều</w:t>
      </w:r>
      <w:proofErr w:type="spellEnd"/>
      <w:r w:rsidR="00000000" w:rsidRPr="007E08A0">
        <w:rPr>
          <w:rFonts w:cs="Times New Roman"/>
          <w:szCs w:val="26"/>
        </w:rPr>
        <w:t xml:space="preserve"> </w:t>
      </w:r>
      <w:proofErr w:type="spellStart"/>
      <w:r w:rsidR="00000000" w:rsidRPr="007E08A0">
        <w:rPr>
          <w:rFonts w:cs="Times New Roman"/>
          <w:szCs w:val="26"/>
        </w:rPr>
        <w:t>kiện</w:t>
      </w:r>
      <w:proofErr w:type="spellEnd"/>
      <w:r w:rsidR="00000000" w:rsidRPr="007E08A0">
        <w:rPr>
          <w:rFonts w:cs="Times New Roman"/>
          <w:szCs w:val="26"/>
        </w:rPr>
        <w:t xml:space="preserve"> </w:t>
      </w:r>
      <w:proofErr w:type="spellStart"/>
      <w:r w:rsidR="00000000" w:rsidRPr="007E08A0">
        <w:rPr>
          <w:rFonts w:cs="Times New Roman"/>
          <w:szCs w:val="26"/>
        </w:rPr>
        <w:t>bảo</w:t>
      </w:r>
      <w:proofErr w:type="spellEnd"/>
      <w:r w:rsidR="00000000" w:rsidRPr="007E08A0">
        <w:rPr>
          <w:rFonts w:cs="Times New Roman"/>
          <w:szCs w:val="26"/>
        </w:rPr>
        <w:t xml:space="preserve"> đảm chất lượng đào tạo.</w:t>
      </w:r>
    </w:p>
    <w:p w14:paraId="2CB6B6E4" w14:textId="4FFB0AA0"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Đội</w:t>
      </w:r>
      <w:proofErr w:type="spellEnd"/>
      <w:r w:rsidR="00000000" w:rsidRPr="007E08A0">
        <w:rPr>
          <w:rFonts w:cs="Times New Roman"/>
          <w:szCs w:val="26"/>
        </w:rPr>
        <w:t xml:space="preserve"> </w:t>
      </w:r>
      <w:proofErr w:type="spellStart"/>
      <w:r w:rsidR="00000000" w:rsidRPr="007E08A0">
        <w:rPr>
          <w:rFonts w:cs="Times New Roman"/>
          <w:szCs w:val="26"/>
        </w:rPr>
        <w:t>ngũ</w:t>
      </w:r>
      <w:proofErr w:type="spellEnd"/>
      <w:r w:rsidR="00000000" w:rsidRPr="007E08A0">
        <w:rPr>
          <w:rFonts w:cs="Times New Roman"/>
          <w:szCs w:val="26"/>
        </w:rPr>
        <w:t xml:space="preserve"> </w:t>
      </w:r>
      <w:proofErr w:type="spellStart"/>
      <w:r w:rsidR="00000000" w:rsidRPr="007E08A0">
        <w:rPr>
          <w:rFonts w:cs="Times New Roman"/>
          <w:szCs w:val="26"/>
        </w:rPr>
        <w:t>giảng</w:t>
      </w:r>
      <w:proofErr w:type="spellEnd"/>
      <w:r w:rsidR="00000000" w:rsidRPr="007E08A0">
        <w:rPr>
          <w:rFonts w:cs="Times New Roman"/>
          <w:szCs w:val="26"/>
        </w:rPr>
        <w:t xml:space="preserve"> dạy và hỗ trợ học viên trong phạm vi được phép công bố.</w:t>
      </w:r>
    </w:p>
    <w:p w14:paraId="78930332" w14:textId="05F166F6"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Học</w:t>
      </w:r>
      <w:proofErr w:type="spellEnd"/>
      <w:r w:rsidR="00000000" w:rsidRPr="007E08A0">
        <w:rPr>
          <w:rFonts w:cs="Times New Roman"/>
          <w:szCs w:val="26"/>
        </w:rPr>
        <w:t xml:space="preserve"> </w:t>
      </w:r>
      <w:proofErr w:type="spellStart"/>
      <w:r w:rsidR="00000000" w:rsidRPr="007E08A0">
        <w:rPr>
          <w:rFonts w:cs="Times New Roman"/>
          <w:szCs w:val="26"/>
        </w:rPr>
        <w:t>phí</w:t>
      </w:r>
      <w:proofErr w:type="spellEnd"/>
      <w:r w:rsidR="00000000" w:rsidRPr="007E08A0">
        <w:rPr>
          <w:rFonts w:cs="Times New Roman"/>
          <w:szCs w:val="26"/>
        </w:rPr>
        <w:t xml:space="preserve">, </w:t>
      </w:r>
      <w:proofErr w:type="spellStart"/>
      <w:r w:rsidR="00000000" w:rsidRPr="007E08A0">
        <w:rPr>
          <w:rFonts w:cs="Times New Roman"/>
          <w:szCs w:val="26"/>
        </w:rPr>
        <w:t>chính</w:t>
      </w:r>
      <w:proofErr w:type="spellEnd"/>
      <w:r w:rsidR="00000000" w:rsidRPr="007E08A0">
        <w:rPr>
          <w:rFonts w:cs="Times New Roman"/>
          <w:szCs w:val="26"/>
        </w:rPr>
        <w:t xml:space="preserve"> sách tài chính và các điều kiện áp dụng.</w:t>
      </w:r>
    </w:p>
    <w:p w14:paraId="3AEE821C" w14:textId="52EA2736"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Cơ</w:t>
      </w:r>
      <w:proofErr w:type="spellEnd"/>
      <w:r w:rsidR="00000000" w:rsidRPr="007E08A0">
        <w:rPr>
          <w:rFonts w:cs="Times New Roman"/>
          <w:szCs w:val="26"/>
        </w:rPr>
        <w:t xml:space="preserve"> </w:t>
      </w:r>
      <w:proofErr w:type="spellStart"/>
      <w:r w:rsidR="00000000" w:rsidRPr="007E08A0">
        <w:rPr>
          <w:rFonts w:cs="Times New Roman"/>
          <w:szCs w:val="26"/>
        </w:rPr>
        <w:t>chế</w:t>
      </w:r>
      <w:proofErr w:type="spellEnd"/>
      <w:r w:rsidR="00000000" w:rsidRPr="007E08A0">
        <w:rPr>
          <w:rFonts w:cs="Times New Roman"/>
          <w:szCs w:val="26"/>
        </w:rPr>
        <w:t xml:space="preserve"> </w:t>
      </w:r>
      <w:proofErr w:type="spellStart"/>
      <w:r w:rsidR="00000000" w:rsidRPr="007E08A0">
        <w:rPr>
          <w:rFonts w:cs="Times New Roman"/>
          <w:szCs w:val="26"/>
        </w:rPr>
        <w:t>kiểm</w:t>
      </w:r>
      <w:proofErr w:type="spellEnd"/>
      <w:r w:rsidR="00000000" w:rsidRPr="007E08A0">
        <w:rPr>
          <w:rFonts w:cs="Times New Roman"/>
          <w:szCs w:val="26"/>
        </w:rPr>
        <w:t xml:space="preserve"> tra, đánh giá và theo dõi tiến bộ học viên.</w:t>
      </w:r>
    </w:p>
    <w:p w14:paraId="6B024A34" w14:textId="201ABB0E"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Cơ</w:t>
      </w:r>
      <w:proofErr w:type="spellEnd"/>
      <w:r w:rsidR="00000000" w:rsidRPr="007E08A0">
        <w:rPr>
          <w:rFonts w:cs="Times New Roman"/>
          <w:szCs w:val="26"/>
        </w:rPr>
        <w:t xml:space="preserve"> </w:t>
      </w:r>
      <w:proofErr w:type="spellStart"/>
      <w:r w:rsidR="00000000" w:rsidRPr="007E08A0">
        <w:rPr>
          <w:rFonts w:cs="Times New Roman"/>
          <w:szCs w:val="26"/>
        </w:rPr>
        <w:t>chế</w:t>
      </w:r>
      <w:proofErr w:type="spellEnd"/>
      <w:r w:rsidR="00000000" w:rsidRPr="007E08A0">
        <w:rPr>
          <w:rFonts w:cs="Times New Roman"/>
          <w:szCs w:val="26"/>
        </w:rPr>
        <w:t xml:space="preserve"> </w:t>
      </w:r>
      <w:proofErr w:type="spellStart"/>
      <w:r w:rsidR="00000000" w:rsidRPr="007E08A0">
        <w:rPr>
          <w:rFonts w:cs="Times New Roman"/>
          <w:szCs w:val="26"/>
        </w:rPr>
        <w:t>tiếp</w:t>
      </w:r>
      <w:proofErr w:type="spellEnd"/>
      <w:r w:rsidR="00000000" w:rsidRPr="007E08A0">
        <w:rPr>
          <w:rFonts w:cs="Times New Roman"/>
          <w:szCs w:val="26"/>
        </w:rPr>
        <w:t xml:space="preserve"> nhận phản hồi, khiếu nại và cải tiến chất lượng.</w:t>
      </w:r>
    </w:p>
    <w:p w14:paraId="51E5AB85" w14:textId="1C262353"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Giới</w:t>
      </w:r>
      <w:proofErr w:type="spellEnd"/>
      <w:r w:rsidR="00000000" w:rsidRPr="007E08A0">
        <w:rPr>
          <w:rFonts w:cs="Times New Roman"/>
          <w:szCs w:val="26"/>
        </w:rPr>
        <w:t xml:space="preserve"> </w:t>
      </w:r>
      <w:proofErr w:type="spellStart"/>
      <w:r w:rsidR="00000000" w:rsidRPr="007E08A0">
        <w:rPr>
          <w:rFonts w:cs="Times New Roman"/>
          <w:szCs w:val="26"/>
        </w:rPr>
        <w:t>hạn</w:t>
      </w:r>
      <w:proofErr w:type="spellEnd"/>
      <w:r w:rsidR="00000000" w:rsidRPr="007E08A0">
        <w:rPr>
          <w:rFonts w:cs="Times New Roman"/>
          <w:szCs w:val="26"/>
        </w:rPr>
        <w:t xml:space="preserve"> </w:t>
      </w:r>
      <w:proofErr w:type="spellStart"/>
      <w:r w:rsidR="00000000" w:rsidRPr="007E08A0">
        <w:rPr>
          <w:rFonts w:cs="Times New Roman"/>
          <w:szCs w:val="26"/>
        </w:rPr>
        <w:t>của</w:t>
      </w:r>
      <w:proofErr w:type="spellEnd"/>
      <w:r w:rsidR="00000000" w:rsidRPr="007E08A0">
        <w:rPr>
          <w:rFonts w:cs="Times New Roman"/>
          <w:szCs w:val="26"/>
        </w:rPr>
        <w:t xml:space="preserve"> cam kết đầu ra và sự khác biệt giữa bài kiểm tra nội bộ với chứng chỉ chính thức của tổ chức khảo thí độc lập.</w:t>
      </w:r>
    </w:p>
    <w:p w14:paraId="72F1E641" w14:textId="77777777" w:rsidR="00C80364" w:rsidRPr="00C82D4D" w:rsidRDefault="00000000" w:rsidP="007E08A0">
      <w:pPr>
        <w:spacing w:after="0" w:line="360" w:lineRule="auto"/>
        <w:jc w:val="both"/>
        <w:rPr>
          <w:rFonts w:cs="Times New Roman"/>
          <w:color w:val="0070C0"/>
          <w:szCs w:val="26"/>
        </w:rPr>
      </w:pPr>
      <w:r w:rsidRPr="00C82D4D">
        <w:rPr>
          <w:rFonts w:cs="Times New Roman"/>
          <w:b/>
          <w:color w:val="0070C0"/>
          <w:szCs w:val="26"/>
        </w:rPr>
        <w:t>XVIII. Điều khoản áp dụng</w:t>
      </w:r>
    </w:p>
    <w:p w14:paraId="451B3CC1"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Bản công bố này có hiệu lực áp dụng đối với các chương trình đào tạo 05 ngoại ngữ do Trung tâm Ngoại ngữ IELTSNINER Review trực thuộc Công ty Cổ phần HRD Global tổ chức và triển khai.</w:t>
      </w:r>
    </w:p>
    <w:p w14:paraId="40F69CBE"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Trong quá trình sử dụng, bản công bố có thể được cập nhật, điều chỉnh hoặc bổ sung để phù hợp với:</w:t>
      </w:r>
    </w:p>
    <w:p w14:paraId="4FE7FCB0" w14:textId="6B0D6CF4"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r w:rsidR="00000000" w:rsidRPr="007E08A0">
        <w:rPr>
          <w:rFonts w:cs="Times New Roman"/>
          <w:szCs w:val="26"/>
        </w:rPr>
        <w:t xml:space="preserve"> Quy </w:t>
      </w:r>
      <w:proofErr w:type="spellStart"/>
      <w:r w:rsidR="00000000" w:rsidRPr="007E08A0">
        <w:rPr>
          <w:rFonts w:cs="Times New Roman"/>
          <w:szCs w:val="26"/>
        </w:rPr>
        <w:t>định</w:t>
      </w:r>
      <w:proofErr w:type="spellEnd"/>
      <w:r w:rsidR="00000000" w:rsidRPr="007E08A0">
        <w:rPr>
          <w:rFonts w:cs="Times New Roman"/>
          <w:szCs w:val="26"/>
        </w:rPr>
        <w:t xml:space="preserve"> </w:t>
      </w:r>
      <w:proofErr w:type="spellStart"/>
      <w:r w:rsidR="00000000" w:rsidRPr="007E08A0">
        <w:rPr>
          <w:rFonts w:cs="Times New Roman"/>
          <w:szCs w:val="26"/>
        </w:rPr>
        <w:t>pháp</w:t>
      </w:r>
      <w:proofErr w:type="spellEnd"/>
      <w:r w:rsidR="00000000" w:rsidRPr="007E08A0">
        <w:rPr>
          <w:rFonts w:cs="Times New Roman"/>
          <w:szCs w:val="26"/>
        </w:rPr>
        <w:t xml:space="preserve"> luật hiện hành.</w:t>
      </w:r>
    </w:p>
    <w:p w14:paraId="11D5D9B6" w14:textId="5E5094C5"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Giấy</w:t>
      </w:r>
      <w:proofErr w:type="spellEnd"/>
      <w:r w:rsidR="00000000" w:rsidRPr="007E08A0">
        <w:rPr>
          <w:rFonts w:cs="Times New Roman"/>
          <w:szCs w:val="26"/>
        </w:rPr>
        <w:t xml:space="preserve"> </w:t>
      </w:r>
      <w:proofErr w:type="spellStart"/>
      <w:r w:rsidR="00000000" w:rsidRPr="007E08A0">
        <w:rPr>
          <w:rFonts w:cs="Times New Roman"/>
          <w:szCs w:val="26"/>
        </w:rPr>
        <w:t>phép</w:t>
      </w:r>
      <w:proofErr w:type="spellEnd"/>
      <w:r w:rsidR="00000000" w:rsidRPr="007E08A0">
        <w:rPr>
          <w:rFonts w:cs="Times New Roman"/>
          <w:szCs w:val="26"/>
        </w:rPr>
        <w:t xml:space="preserve"> </w:t>
      </w:r>
      <w:proofErr w:type="spellStart"/>
      <w:r w:rsidR="00000000" w:rsidRPr="007E08A0">
        <w:rPr>
          <w:rFonts w:cs="Times New Roman"/>
          <w:szCs w:val="26"/>
        </w:rPr>
        <w:t>hoạt</w:t>
      </w:r>
      <w:proofErr w:type="spellEnd"/>
      <w:r w:rsidR="00000000" w:rsidRPr="007E08A0">
        <w:rPr>
          <w:rFonts w:cs="Times New Roman"/>
          <w:szCs w:val="26"/>
        </w:rPr>
        <w:t xml:space="preserve"> động và phạm vi đào tạo của trung tâm.</w:t>
      </w:r>
    </w:p>
    <w:p w14:paraId="540DD290" w14:textId="0FA9F969" w:rsidR="00C80364" w:rsidRPr="007E08A0" w:rsidRDefault="00C82D4D" w:rsidP="00C82D4D">
      <w:pPr>
        <w:spacing w:after="0" w:line="360" w:lineRule="auto"/>
        <w:ind w:firstLine="720"/>
        <w:jc w:val="both"/>
        <w:rPr>
          <w:rFonts w:cs="Times New Roman"/>
          <w:szCs w:val="26"/>
        </w:rPr>
      </w:pPr>
      <w:r>
        <w:rPr>
          <w:rFonts w:cs="Times New Roman"/>
          <w:szCs w:val="26"/>
        </w:rPr>
        <w:t xml:space="preserve">- </w:t>
      </w:r>
      <w:proofErr w:type="spellStart"/>
      <w:r w:rsidR="00000000" w:rsidRPr="007E08A0">
        <w:rPr>
          <w:rFonts w:cs="Times New Roman"/>
          <w:szCs w:val="26"/>
        </w:rPr>
        <w:t>Chương</w:t>
      </w:r>
      <w:proofErr w:type="spellEnd"/>
      <w:r w:rsidR="00000000" w:rsidRPr="007E08A0">
        <w:rPr>
          <w:rFonts w:cs="Times New Roman"/>
          <w:szCs w:val="26"/>
        </w:rPr>
        <w:t xml:space="preserve"> </w:t>
      </w:r>
      <w:proofErr w:type="spellStart"/>
      <w:r w:rsidR="00000000" w:rsidRPr="007E08A0">
        <w:rPr>
          <w:rFonts w:cs="Times New Roman"/>
          <w:szCs w:val="26"/>
        </w:rPr>
        <w:t>trình</w:t>
      </w:r>
      <w:proofErr w:type="spellEnd"/>
      <w:r w:rsidR="00000000" w:rsidRPr="007E08A0">
        <w:rPr>
          <w:rFonts w:cs="Times New Roman"/>
          <w:szCs w:val="26"/>
        </w:rPr>
        <w:t xml:space="preserve"> </w:t>
      </w:r>
      <w:proofErr w:type="spellStart"/>
      <w:r w:rsidR="00000000" w:rsidRPr="007E08A0">
        <w:rPr>
          <w:rFonts w:cs="Times New Roman"/>
          <w:szCs w:val="26"/>
        </w:rPr>
        <w:t>đào</w:t>
      </w:r>
      <w:proofErr w:type="spellEnd"/>
      <w:r w:rsidR="00000000" w:rsidRPr="007E08A0">
        <w:rPr>
          <w:rFonts w:cs="Times New Roman"/>
          <w:szCs w:val="26"/>
        </w:rPr>
        <w:t xml:space="preserve"> </w:t>
      </w:r>
      <w:proofErr w:type="spellStart"/>
      <w:r w:rsidR="00000000" w:rsidRPr="007E08A0">
        <w:rPr>
          <w:rFonts w:cs="Times New Roman"/>
          <w:szCs w:val="26"/>
        </w:rPr>
        <w:t>tạo</w:t>
      </w:r>
      <w:proofErr w:type="spellEnd"/>
      <w:r w:rsidR="00000000" w:rsidRPr="007E08A0">
        <w:rPr>
          <w:rFonts w:cs="Times New Roman"/>
          <w:szCs w:val="26"/>
        </w:rPr>
        <w:t xml:space="preserve"> thực tế của từng ngoại ngữ.</w:t>
      </w:r>
    </w:p>
    <w:p w14:paraId="3153C80A" w14:textId="010DF62E"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Chính</w:t>
      </w:r>
      <w:proofErr w:type="spellEnd"/>
      <w:r w:rsidR="00000000" w:rsidRPr="007E08A0">
        <w:rPr>
          <w:rFonts w:cs="Times New Roman"/>
          <w:szCs w:val="26"/>
        </w:rPr>
        <w:t xml:space="preserve"> </w:t>
      </w:r>
      <w:proofErr w:type="spellStart"/>
      <w:r w:rsidR="00000000" w:rsidRPr="007E08A0">
        <w:rPr>
          <w:rFonts w:cs="Times New Roman"/>
          <w:szCs w:val="26"/>
        </w:rPr>
        <w:t>sách</w:t>
      </w:r>
      <w:proofErr w:type="spellEnd"/>
      <w:r w:rsidR="00000000" w:rsidRPr="007E08A0">
        <w:rPr>
          <w:rFonts w:cs="Times New Roman"/>
          <w:szCs w:val="26"/>
        </w:rPr>
        <w:t xml:space="preserve"> </w:t>
      </w:r>
      <w:proofErr w:type="spellStart"/>
      <w:r w:rsidR="00000000" w:rsidRPr="007E08A0">
        <w:rPr>
          <w:rFonts w:cs="Times New Roman"/>
          <w:szCs w:val="26"/>
        </w:rPr>
        <w:t>học</w:t>
      </w:r>
      <w:proofErr w:type="spellEnd"/>
      <w:r w:rsidR="00000000" w:rsidRPr="007E08A0">
        <w:rPr>
          <w:rFonts w:cs="Times New Roman"/>
          <w:szCs w:val="26"/>
        </w:rPr>
        <w:t xml:space="preserve"> phí, chính sách học tập và chính sách cam kết đầu ra.</w:t>
      </w:r>
    </w:p>
    <w:p w14:paraId="762DE66B" w14:textId="40AC1D5D"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Mô</w:t>
      </w:r>
      <w:proofErr w:type="spellEnd"/>
      <w:r w:rsidR="00000000" w:rsidRPr="007E08A0">
        <w:rPr>
          <w:rFonts w:cs="Times New Roman"/>
          <w:szCs w:val="26"/>
        </w:rPr>
        <w:t xml:space="preserve"> </w:t>
      </w:r>
      <w:proofErr w:type="spellStart"/>
      <w:r w:rsidR="00000000" w:rsidRPr="007E08A0">
        <w:rPr>
          <w:rFonts w:cs="Times New Roman"/>
          <w:szCs w:val="26"/>
        </w:rPr>
        <w:t>hình</w:t>
      </w:r>
      <w:proofErr w:type="spellEnd"/>
      <w:r w:rsidR="00000000" w:rsidRPr="007E08A0">
        <w:rPr>
          <w:rFonts w:cs="Times New Roman"/>
          <w:szCs w:val="26"/>
        </w:rPr>
        <w:t xml:space="preserve"> </w:t>
      </w:r>
      <w:proofErr w:type="spellStart"/>
      <w:r w:rsidR="00000000" w:rsidRPr="007E08A0">
        <w:rPr>
          <w:rFonts w:cs="Times New Roman"/>
          <w:szCs w:val="26"/>
        </w:rPr>
        <w:t>phát</w:t>
      </w:r>
      <w:proofErr w:type="spellEnd"/>
      <w:r w:rsidR="00000000" w:rsidRPr="007E08A0">
        <w:rPr>
          <w:rFonts w:cs="Times New Roman"/>
          <w:szCs w:val="26"/>
        </w:rPr>
        <w:t xml:space="preserve"> triển thương hiệu và hệ sinh thái đào tạo của Công ty Cổ phần HRD Global.</w:t>
      </w:r>
    </w:p>
    <w:p w14:paraId="59ED9F50" w14:textId="66604701" w:rsidR="00C80364" w:rsidRPr="007E08A0" w:rsidRDefault="00C82D4D" w:rsidP="00C82D4D">
      <w:pPr>
        <w:spacing w:after="0" w:line="360" w:lineRule="auto"/>
        <w:ind w:firstLine="720"/>
        <w:jc w:val="both"/>
        <w:rPr>
          <w:rFonts w:cs="Times New Roman"/>
          <w:szCs w:val="26"/>
        </w:rPr>
      </w:pPr>
      <w:r>
        <w:rPr>
          <w:rFonts w:cs="Times New Roman"/>
          <w:szCs w:val="26"/>
        </w:rPr>
        <w:t>-</w:t>
      </w:r>
      <w:r w:rsidR="00000000" w:rsidRPr="007E08A0">
        <w:rPr>
          <w:rFonts w:cs="Times New Roman"/>
          <w:szCs w:val="26"/>
        </w:rPr>
        <w:t xml:space="preserve"> </w:t>
      </w:r>
      <w:proofErr w:type="spellStart"/>
      <w:r w:rsidR="00000000" w:rsidRPr="007E08A0">
        <w:rPr>
          <w:rFonts w:cs="Times New Roman"/>
          <w:szCs w:val="26"/>
        </w:rPr>
        <w:t>Yêu</w:t>
      </w:r>
      <w:proofErr w:type="spellEnd"/>
      <w:r w:rsidR="00000000" w:rsidRPr="007E08A0">
        <w:rPr>
          <w:rFonts w:cs="Times New Roman"/>
          <w:szCs w:val="26"/>
        </w:rPr>
        <w:t xml:space="preserve"> </w:t>
      </w:r>
      <w:proofErr w:type="spellStart"/>
      <w:r w:rsidR="00000000" w:rsidRPr="007E08A0">
        <w:rPr>
          <w:rFonts w:cs="Times New Roman"/>
          <w:szCs w:val="26"/>
        </w:rPr>
        <w:t>cầu</w:t>
      </w:r>
      <w:proofErr w:type="spellEnd"/>
      <w:r w:rsidR="00000000" w:rsidRPr="007E08A0">
        <w:rPr>
          <w:rFonts w:cs="Times New Roman"/>
          <w:szCs w:val="26"/>
        </w:rPr>
        <w:t xml:space="preserve"> </w:t>
      </w:r>
      <w:proofErr w:type="spellStart"/>
      <w:r w:rsidR="00000000" w:rsidRPr="007E08A0">
        <w:rPr>
          <w:rFonts w:cs="Times New Roman"/>
          <w:szCs w:val="26"/>
        </w:rPr>
        <w:t>cập</w:t>
      </w:r>
      <w:proofErr w:type="spellEnd"/>
      <w:r w:rsidR="00000000" w:rsidRPr="007E08A0">
        <w:rPr>
          <w:rFonts w:cs="Times New Roman"/>
          <w:szCs w:val="26"/>
        </w:rPr>
        <w:t xml:space="preserve"> nhật từ hệ thống chứng chỉ, tổ chức khảo thí hoặc đối tác giáo dục có liên quan nếu chương trình có áp dụng.</w:t>
      </w:r>
    </w:p>
    <w:p w14:paraId="0C05B76D" w14:textId="77777777" w:rsidR="00C80364" w:rsidRPr="007E08A0" w:rsidRDefault="00000000" w:rsidP="00C82D4D">
      <w:pPr>
        <w:spacing w:after="0" w:line="360" w:lineRule="auto"/>
        <w:ind w:firstLine="720"/>
        <w:jc w:val="both"/>
        <w:rPr>
          <w:rFonts w:cs="Times New Roman"/>
          <w:szCs w:val="26"/>
        </w:rPr>
      </w:pPr>
      <w:r w:rsidRPr="007E08A0">
        <w:rPr>
          <w:rFonts w:cs="Times New Roman"/>
          <w:szCs w:val="26"/>
        </w:rPr>
        <w:t>Mọi nội dung truyền thông sử dụng tên “IELTS 9.0 Việt Nam” hoặc “Hệ sinh thái đào tạo đa ngôn ngữ quốc tế IELTS 9.0 Việt Nam” cần được hiểu là tên thương mại/định vị hệ sinh thái, không phải là pháp nhân độc lập thay thế Công ty Cổ phần HRD Global hoặc Trung tâm Ngoại ngữ IELTSNINER Review.</w:t>
      </w:r>
    </w:p>
    <w:p w14:paraId="525A91A2" w14:textId="77777777" w:rsidR="00C80364" w:rsidRPr="000E4E15" w:rsidRDefault="00000000" w:rsidP="007E08A0">
      <w:pPr>
        <w:spacing w:after="0" w:line="360" w:lineRule="auto"/>
        <w:jc w:val="both"/>
        <w:rPr>
          <w:rFonts w:cs="Times New Roman"/>
          <w:color w:val="0070C0"/>
          <w:szCs w:val="26"/>
        </w:rPr>
      </w:pPr>
      <w:r w:rsidRPr="000E4E15">
        <w:rPr>
          <w:rFonts w:cs="Times New Roman"/>
          <w:b/>
          <w:color w:val="0070C0"/>
          <w:szCs w:val="26"/>
        </w:rPr>
        <w:t>XIX. Xác nhận công bố</w:t>
      </w:r>
    </w:p>
    <w:p w14:paraId="7791E72A" w14:textId="77777777" w:rsidR="00C80364" w:rsidRPr="007E08A0" w:rsidRDefault="00000000" w:rsidP="007E08A0">
      <w:pPr>
        <w:spacing w:after="0" w:line="360" w:lineRule="auto"/>
        <w:jc w:val="both"/>
        <w:rPr>
          <w:rFonts w:cs="Times New Roman"/>
          <w:szCs w:val="26"/>
        </w:rPr>
      </w:pPr>
      <w:r w:rsidRPr="007E08A0">
        <w:rPr>
          <w:rFonts w:cs="Times New Roman"/>
          <w:b/>
          <w:szCs w:val="26"/>
        </w:rPr>
        <w:t>CÔNG TY CỔ PHẦN HRD GLOBAL</w:t>
      </w:r>
    </w:p>
    <w:p w14:paraId="335E2501" w14:textId="77777777" w:rsidR="00C80364" w:rsidRPr="007E08A0" w:rsidRDefault="00000000" w:rsidP="007E08A0">
      <w:pPr>
        <w:spacing w:after="0" w:line="360" w:lineRule="auto"/>
        <w:jc w:val="both"/>
        <w:rPr>
          <w:rFonts w:cs="Times New Roman"/>
          <w:szCs w:val="26"/>
        </w:rPr>
      </w:pPr>
      <w:r w:rsidRPr="007E08A0">
        <w:rPr>
          <w:rFonts w:cs="Times New Roman"/>
          <w:b/>
          <w:szCs w:val="26"/>
        </w:rPr>
        <w:lastRenderedPageBreak/>
        <w:t>TRUNG TÂM NGOẠI NGỮ IELTSNINER REVIEW</w:t>
      </w:r>
    </w:p>
    <w:p w14:paraId="3DBE5CD3" w14:textId="77777777" w:rsidR="00C80364" w:rsidRPr="007E08A0" w:rsidRDefault="00000000" w:rsidP="007E08A0">
      <w:pPr>
        <w:spacing w:after="0" w:line="360" w:lineRule="auto"/>
        <w:jc w:val="both"/>
        <w:rPr>
          <w:rFonts w:cs="Times New Roman"/>
          <w:szCs w:val="26"/>
        </w:rPr>
      </w:pPr>
      <w:r w:rsidRPr="007E08A0">
        <w:rPr>
          <w:rFonts w:cs="Times New Roman"/>
          <w:szCs w:val="26"/>
        </w:rPr>
        <w:t>Ngày …… tháng …… năm ……</w:t>
      </w:r>
    </w:p>
    <w:p w14:paraId="4AFBCCBD" w14:textId="77777777" w:rsidR="00C80364" w:rsidRPr="007E08A0" w:rsidRDefault="00000000" w:rsidP="007E08A0">
      <w:pPr>
        <w:spacing w:after="0" w:line="360" w:lineRule="auto"/>
        <w:jc w:val="both"/>
        <w:rPr>
          <w:rFonts w:cs="Times New Roman"/>
          <w:szCs w:val="26"/>
        </w:rPr>
      </w:pPr>
      <w:r w:rsidRPr="007E08A0">
        <w:rPr>
          <w:rFonts w:cs="Times New Roman"/>
          <w:szCs w:val="26"/>
        </w:rPr>
        <w:t>Người đại diện: …………………………………</w:t>
      </w:r>
    </w:p>
    <w:p w14:paraId="38EA5071" w14:textId="77777777" w:rsidR="00C80364" w:rsidRPr="007E08A0" w:rsidRDefault="00000000" w:rsidP="007E08A0">
      <w:pPr>
        <w:spacing w:after="0" w:line="360" w:lineRule="auto"/>
        <w:jc w:val="both"/>
        <w:rPr>
          <w:rFonts w:cs="Times New Roman"/>
          <w:szCs w:val="26"/>
        </w:rPr>
      </w:pPr>
      <w:r w:rsidRPr="007E08A0">
        <w:rPr>
          <w:rFonts w:cs="Times New Roman"/>
          <w:szCs w:val="26"/>
        </w:rPr>
        <w:t>Chức vụ: …………………………………</w:t>
      </w:r>
    </w:p>
    <w:p w14:paraId="101CDA77" w14:textId="77777777" w:rsidR="00C80364" w:rsidRPr="007E08A0" w:rsidRDefault="00000000" w:rsidP="007E08A0">
      <w:pPr>
        <w:spacing w:after="0" w:line="360" w:lineRule="auto"/>
        <w:jc w:val="both"/>
        <w:rPr>
          <w:rFonts w:cs="Times New Roman"/>
          <w:szCs w:val="26"/>
        </w:rPr>
      </w:pPr>
      <w:r w:rsidRPr="007E08A0">
        <w:rPr>
          <w:rFonts w:cs="Times New Roman"/>
          <w:szCs w:val="26"/>
        </w:rPr>
        <w:t>Ký tên/đóng dấu: …………………………………</w:t>
      </w:r>
    </w:p>
    <w:sectPr w:rsidR="00C80364" w:rsidRPr="007E08A0" w:rsidSect="007E08A0">
      <w:headerReference w:type="default" r:id="rId9"/>
      <w:footerReference w:type="default" r:id="rId10"/>
      <w:pgSz w:w="12240" w:h="15840"/>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8147D" w14:textId="77777777" w:rsidR="00A801A9" w:rsidRDefault="00A801A9">
      <w:pPr>
        <w:spacing w:after="0" w:line="240" w:lineRule="auto"/>
      </w:pPr>
      <w:r>
        <w:separator/>
      </w:r>
    </w:p>
  </w:endnote>
  <w:endnote w:type="continuationSeparator" w:id="0">
    <w:p w14:paraId="06394E7B" w14:textId="77777777" w:rsidR="00A801A9" w:rsidRDefault="00A8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679937"/>
      <w:docPartObj>
        <w:docPartGallery w:val="Page Numbers (Bottom of Page)"/>
        <w:docPartUnique/>
      </w:docPartObj>
    </w:sdtPr>
    <w:sdtEndPr>
      <w:rPr>
        <w:noProof/>
      </w:rPr>
    </w:sdtEndPr>
    <w:sdtContent>
      <w:p w14:paraId="2D42C07B" w14:textId="2B6DF38A" w:rsidR="000E4E15" w:rsidRDefault="000E4E15">
        <w:pPr>
          <w:pStyle w:val="Footer"/>
        </w:pPr>
        <w:r>
          <w:fldChar w:fldCharType="begin"/>
        </w:r>
        <w:r>
          <w:instrText xml:space="preserve"> PAGE   \* MERGEFORMAT </w:instrText>
        </w:r>
        <w:r>
          <w:fldChar w:fldCharType="separate"/>
        </w:r>
        <w:r>
          <w:rPr>
            <w:noProof/>
          </w:rPr>
          <w:t>2</w:t>
        </w:r>
        <w:r>
          <w:rPr>
            <w:noProof/>
          </w:rPr>
          <w:fldChar w:fldCharType="end"/>
        </w:r>
      </w:p>
    </w:sdtContent>
  </w:sdt>
  <w:p w14:paraId="6EE5C3F7" w14:textId="76A82FE8" w:rsidR="00C80364" w:rsidRDefault="00C803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23B7" w14:textId="77777777" w:rsidR="00A801A9" w:rsidRDefault="00A801A9">
      <w:pPr>
        <w:spacing w:after="0" w:line="240" w:lineRule="auto"/>
      </w:pPr>
      <w:r>
        <w:separator/>
      </w:r>
    </w:p>
  </w:footnote>
  <w:footnote w:type="continuationSeparator" w:id="0">
    <w:p w14:paraId="414E3337" w14:textId="77777777" w:rsidR="00A801A9" w:rsidRDefault="00A80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61FC" w14:textId="77777777" w:rsidR="00C80364" w:rsidRDefault="00000000">
    <w:pPr>
      <w:pStyle w:val="Header"/>
      <w:jc w:val="center"/>
    </w:pPr>
    <w:r>
      <w:rPr>
        <w:b/>
        <w:color w:val="003366"/>
        <w:sz w:val="18"/>
      </w:rPr>
      <w:t>CÔNG TY CỔ PHẦN HRD GLOBAL | TRUNG TÂM NGOẠI NGỮ IELTSNINER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26567534">
    <w:abstractNumId w:val="8"/>
  </w:num>
  <w:num w:numId="2" w16cid:durableId="1017775965">
    <w:abstractNumId w:val="6"/>
  </w:num>
  <w:num w:numId="3" w16cid:durableId="365833011">
    <w:abstractNumId w:val="5"/>
  </w:num>
  <w:num w:numId="4" w16cid:durableId="2090926321">
    <w:abstractNumId w:val="4"/>
  </w:num>
  <w:num w:numId="5" w16cid:durableId="2083915379">
    <w:abstractNumId w:val="7"/>
  </w:num>
  <w:num w:numId="6" w16cid:durableId="985473838">
    <w:abstractNumId w:val="3"/>
  </w:num>
  <w:num w:numId="7" w16cid:durableId="1594973494">
    <w:abstractNumId w:val="2"/>
  </w:num>
  <w:num w:numId="8" w16cid:durableId="455758512">
    <w:abstractNumId w:val="1"/>
  </w:num>
  <w:num w:numId="9" w16cid:durableId="132235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4E15"/>
    <w:rsid w:val="0015074B"/>
    <w:rsid w:val="0029639D"/>
    <w:rsid w:val="00326F90"/>
    <w:rsid w:val="007E08A0"/>
    <w:rsid w:val="00A801A9"/>
    <w:rsid w:val="00AA1D8D"/>
    <w:rsid w:val="00B47730"/>
    <w:rsid w:val="00C80364"/>
    <w:rsid w:val="00C82D4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F02CB3"/>
  <w14:defaultImageDpi w14:val="300"/>
  <w15:docId w15:val="{931E030E-B6A3-4A00-B83E-8D070EC3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E08A0"/>
    <w:rPr>
      <w:color w:val="0000FF" w:themeColor="hyperlink"/>
      <w:u w:val="single"/>
    </w:rPr>
  </w:style>
  <w:style w:type="character" w:styleId="UnresolvedMention">
    <w:name w:val="Unresolved Mention"/>
    <w:basedOn w:val="DefaultParagraphFont"/>
    <w:uiPriority w:val="99"/>
    <w:semiHidden/>
    <w:unhideWhenUsed/>
    <w:rsid w:val="007E0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ltsniner.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3145</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Hien Nguyen Duc</cp:lastModifiedBy>
  <cp:revision>2</cp:revision>
  <dcterms:created xsi:type="dcterms:W3CDTF">2013-12-23T23:15:00Z</dcterms:created>
  <dcterms:modified xsi:type="dcterms:W3CDTF">2026-05-20T01:30:00Z</dcterms:modified>
  <cp:category/>
</cp:coreProperties>
</file>